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38171" w14:textId="6E0170C3" w:rsidR="00CD29EA" w:rsidRPr="00B92D53" w:rsidRDefault="00FE178A" w:rsidP="00FE178A">
      <w:pPr>
        <w:spacing w:afterLines="100" w:after="268" w:line="240" w:lineRule="auto"/>
        <w:ind w:firstLineChars="500" w:firstLine="1433"/>
        <w:rPr>
          <w:rFonts w:ascii="HGPｺﾞｼｯｸM" w:eastAsia="HGPｺﾞｼｯｸM" w:hAnsi="BIZ UDP明朝 Medium"/>
          <w:b/>
          <w:sz w:val="30"/>
          <w:lang w:eastAsia="ja-JP"/>
        </w:rPr>
      </w:pPr>
      <w:r w:rsidRPr="00B92D53">
        <w:rPr>
          <w:rFonts w:ascii="HGPｺﾞｼｯｸM" w:eastAsia="HGPｺﾞｼｯｸM" w:hAnsi="BIZ UDP明朝 Medium" w:hint="eastAsia"/>
          <w:b/>
          <w:noProof/>
          <w:sz w:val="30"/>
        </w:rPr>
        <mc:AlternateContent>
          <mc:Choice Requires="wps">
            <w:drawing>
              <wp:anchor distT="0" distB="0" distL="114300" distR="114300" simplePos="0" relativeHeight="251659264" behindDoc="0" locked="0" layoutInCell="1" allowOverlap="1" wp14:anchorId="484FD45D" wp14:editId="12203962">
                <wp:simplePos x="0" y="0"/>
                <wp:positionH relativeFrom="column">
                  <wp:posOffset>5494821</wp:posOffset>
                </wp:positionH>
                <wp:positionV relativeFrom="paragraph">
                  <wp:posOffset>-78133</wp:posOffset>
                </wp:positionV>
                <wp:extent cx="1510748" cy="1296063"/>
                <wp:effectExtent l="0" t="0" r="13335" b="18415"/>
                <wp:wrapNone/>
                <wp:docPr id="1617618110" name="正方形/長方形 2"/>
                <wp:cNvGraphicFramePr/>
                <a:graphic xmlns:a="http://schemas.openxmlformats.org/drawingml/2006/main">
                  <a:graphicData uri="http://schemas.microsoft.com/office/word/2010/wordprocessingShape">
                    <wps:wsp>
                      <wps:cNvSpPr/>
                      <wps:spPr>
                        <a:xfrm>
                          <a:off x="0" y="0"/>
                          <a:ext cx="1510748" cy="129606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45DF193" w14:textId="55E42545" w:rsidR="00FE178A" w:rsidRPr="00FE178A" w:rsidRDefault="00FE178A" w:rsidP="00FE178A">
                            <w:pPr>
                              <w:jc w:val="center"/>
                              <w:rPr>
                                <w:rFonts w:ascii="BIZ UDP明朝 Medium" w:eastAsia="BIZ UDP明朝 Medium" w:hAnsi="BIZ UDP明朝 Medium"/>
                                <w:b/>
                                <w:bCs/>
                                <w:sz w:val="20"/>
                                <w:szCs w:val="20"/>
                                <w:lang w:eastAsia="ja-JP"/>
                              </w:rPr>
                            </w:pPr>
                            <w:r w:rsidRPr="00FE178A">
                              <w:rPr>
                                <w:rFonts w:ascii="BIZ UDP明朝 Medium" w:eastAsia="BIZ UDP明朝 Medium" w:hAnsi="BIZ UDP明朝 Medium" w:hint="eastAsia"/>
                                <w:b/>
                                <w:bCs/>
                                <w:sz w:val="20"/>
                                <w:szCs w:val="20"/>
                                <w:lang w:eastAsia="ja-JP"/>
                              </w:rPr>
                              <w:t>＜</w:t>
                            </w:r>
                            <w:r w:rsidR="00F835BA">
                              <w:rPr>
                                <w:rFonts w:ascii="BIZ UDP明朝 Medium" w:eastAsia="BIZ UDP明朝 Medium" w:hAnsi="BIZ UDP明朝 Medium" w:hint="eastAsia"/>
                                <w:b/>
                                <w:bCs/>
                                <w:sz w:val="20"/>
                                <w:szCs w:val="20"/>
                                <w:lang w:eastAsia="ja-JP"/>
                              </w:rPr>
                              <w:t>市町村受付印</w:t>
                            </w:r>
                            <w:r w:rsidRPr="00FE178A">
                              <w:rPr>
                                <w:rFonts w:ascii="BIZ UDP明朝 Medium" w:eastAsia="BIZ UDP明朝 Medium" w:hAnsi="BIZ UDP明朝 Medium" w:hint="eastAsia"/>
                                <w:b/>
                                <w:bCs/>
                                <w:sz w:val="20"/>
                                <w:szCs w:val="20"/>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84FD45D" id="正方形/長方形 2" o:spid="_x0000_s1026" style="position:absolute;left:0;text-align:left;margin-left:432.65pt;margin-top:-6.15pt;width:118.95pt;height:102.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" fillcolor="white [3201]" strokecolor="black [3200]">
                <v:textbox>
                  <w:txbxContent>
                    <w:p w14:paraId="145DF193" w14:textId="55E42545" w:rsidR="00FE178A" w:rsidRPr="00FE178A" w:rsidRDefault="00FE178A" w:rsidP="00FE178A">
                      <w:pPr>
                        <w:jc w:val="center"/>
                        <w:rPr>
                          <w:rFonts w:ascii="BIZ UDP明朝 Medium" w:eastAsia="BIZ UDP明朝 Medium" w:hAnsi="BIZ UDP明朝 Medium"/>
                          <w:b/>
                          <w:bCs/>
                          <w:sz w:val="20"/>
                          <w:szCs w:val="20"/>
                          <w:lang w:eastAsia="ja-JP"/>
                        </w:rPr>
                      </w:pPr>
                      <w:r w:rsidRPr="00FE178A">
                        <w:rPr>
                          <w:rFonts w:ascii="BIZ UDP明朝 Medium" w:eastAsia="BIZ UDP明朝 Medium" w:hAnsi="BIZ UDP明朝 Medium" w:hint="eastAsia"/>
                          <w:b/>
                          <w:bCs/>
                          <w:sz w:val="20"/>
                          <w:szCs w:val="20"/>
                          <w:lang w:eastAsia="ja-JP"/>
                        </w:rPr>
                        <w:t>＜</w:t>
                      </w:r>
                      <w:r w:rsidR="00F835BA">
                        <w:rPr>
                          <w:rFonts w:ascii="BIZ UDP明朝 Medium" w:eastAsia="BIZ UDP明朝 Medium" w:hAnsi="BIZ UDP明朝 Medium" w:hint="eastAsia"/>
                          <w:b/>
                          <w:bCs/>
                          <w:sz w:val="20"/>
                          <w:szCs w:val="20"/>
                          <w:lang w:eastAsia="ja-JP"/>
                        </w:rPr>
                        <w:t>市町村受付印</w:t>
                      </w:r>
                      <w:r w:rsidRPr="00FE178A">
                        <w:rPr>
                          <w:rFonts w:ascii="BIZ UDP明朝 Medium" w:eastAsia="BIZ UDP明朝 Medium" w:hAnsi="BIZ UDP明朝 Medium" w:hint="eastAsia"/>
                          <w:b/>
                          <w:bCs/>
                          <w:sz w:val="20"/>
                          <w:szCs w:val="20"/>
                          <w:lang w:eastAsia="ja-JP"/>
                        </w:rPr>
                        <w:t>＞</w:t>
                      </w:r>
                    </w:p>
                  </w:txbxContent>
                </v:textbox>
              </v:rect>
            </w:pict>
          </mc:Fallback>
        </mc:AlternateContent>
      </w:r>
      <w:r w:rsidRPr="00B92D53">
        <w:rPr>
          <w:rFonts w:ascii="HGPｺﾞｼｯｸM" w:eastAsia="HGPｺﾞｼｯｸM" w:hAnsi="BIZ UDP明朝 Medium" w:hint="eastAsia"/>
          <w:b/>
          <w:sz w:val="30"/>
        </w:rPr>
        <w:t>令和８年熊本地震　後期高齢者医療保険料減免申請書</w:t>
      </w:r>
    </w:p>
    <w:p w14:paraId="48CC4058" w14:textId="77777777" w:rsidR="00FE178A" w:rsidRPr="00B92D53" w:rsidRDefault="00FE178A" w:rsidP="00FE178A">
      <w:pPr>
        <w:spacing w:before="24" w:after="16" w:line="240" w:lineRule="auto"/>
        <w:ind w:firstLineChars="100" w:firstLine="185"/>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z w:val="20"/>
          <w:szCs w:val="20"/>
          <w:lang w:eastAsia="ja-JP"/>
        </w:rPr>
        <w:t xml:space="preserve">熊本県後期高齢者医療広域連合長 様　　</w:t>
      </w:r>
    </w:p>
    <w:p w14:paraId="68358014" w14:textId="77777777" w:rsidR="00FE178A" w:rsidRPr="00B92D53" w:rsidRDefault="00FE178A" w:rsidP="00FE178A">
      <w:pPr>
        <w:spacing w:before="120" w:after="16" w:line="240" w:lineRule="auto"/>
        <w:ind w:firstLineChars="200" w:firstLine="371"/>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z w:val="20"/>
          <w:szCs w:val="20"/>
          <w:lang w:eastAsia="ja-JP"/>
        </w:rPr>
        <w:t>熊本県後期高齢者医療広域連合後期高齢者医療に関する条例第19条第2項の規定により、</w:t>
      </w:r>
    </w:p>
    <w:p w14:paraId="1D9719FA" w14:textId="2E395318" w:rsidR="00FE178A" w:rsidRPr="00B92D53" w:rsidRDefault="00FE178A" w:rsidP="00FE178A">
      <w:pPr>
        <w:spacing w:before="24" w:after="240" w:line="240" w:lineRule="auto"/>
        <w:ind w:firstLineChars="200" w:firstLine="371"/>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z w:val="20"/>
          <w:szCs w:val="20"/>
          <w:lang w:eastAsia="ja-JP"/>
        </w:rPr>
        <w:t>次のとおり後期高齢者医療保険料の減免を申請します。</w:t>
      </w:r>
    </w:p>
    <w:tbl>
      <w:tblPr>
        <w:tblStyle w:val="afe"/>
        <w:tblW w:w="11052" w:type="dxa"/>
        <w:tblLayout w:type="fixed"/>
        <w:tblLook w:val="04A0" w:firstRow="1" w:lastRow="0" w:firstColumn="1" w:lastColumn="0" w:noHBand="0" w:noVBand="1"/>
      </w:tblPr>
      <w:tblGrid>
        <w:gridCol w:w="1417"/>
        <w:gridCol w:w="3114"/>
        <w:gridCol w:w="993"/>
        <w:gridCol w:w="2693"/>
        <w:gridCol w:w="992"/>
        <w:gridCol w:w="1843"/>
      </w:tblGrid>
      <w:tr w:rsidR="00E95C37" w:rsidRPr="00B92D53" w14:paraId="1888BDE7" w14:textId="5EFBA40F" w:rsidTr="00186D4B">
        <w:trPr>
          <w:trHeight w:val="605"/>
        </w:trPr>
        <w:tc>
          <w:tcPr>
            <w:tcW w:w="1417" w:type="dxa"/>
            <w:shd w:val="clear" w:color="auto" w:fill="D9D9D9" w:themeFill="background1" w:themeFillShade="D9"/>
            <w:vAlign w:val="center"/>
          </w:tcPr>
          <w:p w14:paraId="50799268" w14:textId="77777777" w:rsidR="00E95C37" w:rsidRPr="00B92D53" w:rsidRDefault="00E95C37"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b/>
                <w:spacing w:val="70"/>
                <w:sz w:val="20"/>
                <w:szCs w:val="20"/>
                <w:fitText w:val="744" w:id="-393037821"/>
              </w:rPr>
              <w:t>申請</w:t>
            </w:r>
            <w:r w:rsidRPr="00DE52DA">
              <w:rPr>
                <w:rFonts w:ascii="HGPｺﾞｼｯｸM" w:eastAsia="HGPｺﾞｼｯｸM" w:hAnsi="BIZ UDP明朝 Medium" w:hint="eastAsia"/>
                <w:b/>
                <w:spacing w:val="2"/>
                <w:sz w:val="20"/>
                <w:szCs w:val="20"/>
                <w:fitText w:val="744" w:id="-393037821"/>
              </w:rPr>
              <w:t>日</w:t>
            </w:r>
          </w:p>
        </w:tc>
        <w:tc>
          <w:tcPr>
            <w:tcW w:w="3114" w:type="dxa"/>
            <w:vAlign w:val="center"/>
          </w:tcPr>
          <w:p w14:paraId="62F28F1F" w14:textId="22BE89ED" w:rsidR="00E95C37" w:rsidRPr="00B92D53" w:rsidRDefault="00E95C37" w:rsidP="00E95C37">
            <w:pPr>
              <w:jc w:val="both"/>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 xml:space="preserve">令和　</w:t>
            </w:r>
            <w:r w:rsidRPr="00B92D53">
              <w:rPr>
                <w:rFonts w:ascii="HGPｺﾞｼｯｸM" w:eastAsia="HGPｺﾞｼｯｸM" w:hAnsi="BIZ UDP明朝 Medium" w:hint="eastAsia"/>
                <w:sz w:val="20"/>
                <w:szCs w:val="20"/>
                <w:lang w:eastAsia="ja-JP"/>
              </w:rPr>
              <w:t xml:space="preserve">　 　</w:t>
            </w:r>
            <w:r w:rsidRPr="00B92D53">
              <w:rPr>
                <w:rFonts w:ascii="HGPｺﾞｼｯｸM" w:eastAsia="HGPｺﾞｼｯｸM" w:hAnsi="BIZ UDP明朝 Medium" w:hint="eastAsia"/>
                <w:sz w:val="20"/>
                <w:szCs w:val="20"/>
              </w:rPr>
              <w:t xml:space="preserve">　年　</w:t>
            </w:r>
            <w:r w:rsidRPr="00B92D53">
              <w:rPr>
                <w:rFonts w:ascii="HGPｺﾞｼｯｸM" w:eastAsia="HGPｺﾞｼｯｸM" w:hAnsi="BIZ UDP明朝 Medium" w:hint="eastAsia"/>
                <w:sz w:val="20"/>
                <w:szCs w:val="20"/>
                <w:lang w:eastAsia="ja-JP"/>
              </w:rPr>
              <w:t xml:space="preserve">　　  </w:t>
            </w:r>
            <w:r w:rsidRPr="00B92D53">
              <w:rPr>
                <w:rFonts w:ascii="HGPｺﾞｼｯｸM" w:eastAsia="HGPｺﾞｼｯｸM" w:hAnsi="BIZ UDP明朝 Medium" w:hint="eastAsia"/>
                <w:sz w:val="20"/>
                <w:szCs w:val="20"/>
              </w:rPr>
              <w:t>月</w:t>
            </w:r>
            <w:r w:rsidRPr="00B92D53">
              <w:rPr>
                <w:rFonts w:ascii="HGPｺﾞｼｯｸM" w:eastAsia="HGPｺﾞｼｯｸM" w:hAnsi="BIZ UDP明朝 Medium" w:hint="eastAsia"/>
                <w:sz w:val="20"/>
                <w:szCs w:val="20"/>
                <w:lang w:eastAsia="ja-JP"/>
              </w:rPr>
              <w:t xml:space="preserve">　   </w:t>
            </w:r>
            <w:r w:rsidRPr="00B92D53">
              <w:rPr>
                <w:rFonts w:ascii="HGPｺﾞｼｯｸM" w:eastAsia="HGPｺﾞｼｯｸM" w:hAnsi="BIZ UDP明朝 Medium" w:hint="eastAsia"/>
                <w:sz w:val="20"/>
                <w:szCs w:val="20"/>
              </w:rPr>
              <w:t xml:space="preserve">　日</w:t>
            </w:r>
          </w:p>
        </w:tc>
        <w:tc>
          <w:tcPr>
            <w:tcW w:w="993" w:type="dxa"/>
            <w:shd w:val="clear" w:color="auto" w:fill="D9D9D9" w:themeFill="background1" w:themeFillShade="D9"/>
            <w:vAlign w:val="center"/>
          </w:tcPr>
          <w:p w14:paraId="0E699552" w14:textId="291872E7" w:rsidR="00E95C37" w:rsidRPr="00B92D53" w:rsidRDefault="00C552EC" w:rsidP="00C552EC">
            <w:pPr>
              <w:jc w:val="center"/>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z w:val="20"/>
                <w:szCs w:val="20"/>
                <w:lang w:eastAsia="ja-JP"/>
              </w:rPr>
              <w:t>電話番号</w:t>
            </w:r>
          </w:p>
        </w:tc>
        <w:tc>
          <w:tcPr>
            <w:tcW w:w="2693" w:type="dxa"/>
          </w:tcPr>
          <w:p w14:paraId="03922457" w14:textId="74EC2C48" w:rsidR="00E95C37" w:rsidRPr="00B92D53" w:rsidRDefault="00C552EC" w:rsidP="00C552EC">
            <w:pPr>
              <w:jc w:val="both"/>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b/>
                <w:bCs/>
                <w:sz w:val="14"/>
                <w:szCs w:val="14"/>
                <w:lang w:eastAsia="ja-JP"/>
              </w:rPr>
              <w:t>※連絡が取れる番号</w:t>
            </w:r>
          </w:p>
        </w:tc>
        <w:tc>
          <w:tcPr>
            <w:tcW w:w="992" w:type="dxa"/>
            <w:shd w:val="clear" w:color="auto" w:fill="D9D9D9" w:themeFill="background1" w:themeFillShade="D9"/>
            <w:vAlign w:val="center"/>
          </w:tcPr>
          <w:p w14:paraId="01F39EB3" w14:textId="77777777" w:rsidR="00E95C37" w:rsidRPr="00B92D53" w:rsidRDefault="00E95C37" w:rsidP="00C552EC">
            <w:pPr>
              <w:shd w:val="clear" w:color="auto" w:fill="D9D9D9" w:themeFill="background1" w:themeFillShade="D9"/>
              <w:jc w:val="both"/>
              <w:rPr>
                <w:rFonts w:ascii="HGPｺﾞｼｯｸM" w:eastAsia="HGPｺﾞｼｯｸM" w:hAnsi="BIZ UDP明朝 Medium"/>
                <w:b/>
                <w:sz w:val="20"/>
                <w:szCs w:val="20"/>
                <w:lang w:eastAsia="ja-JP"/>
              </w:rPr>
            </w:pPr>
            <w:r w:rsidRPr="00B92D53">
              <w:rPr>
                <w:rFonts w:ascii="HGPｺﾞｼｯｸM" w:eastAsia="HGPｺﾞｼｯｸM" w:hAnsi="BIZ UDP明朝 Medium" w:hint="eastAsia"/>
                <w:b/>
                <w:sz w:val="20"/>
                <w:szCs w:val="20"/>
              </w:rPr>
              <w:t>被保険者</w:t>
            </w:r>
          </w:p>
          <w:p w14:paraId="4926D8FC" w14:textId="653373F0" w:rsidR="00E95C37" w:rsidRPr="00B92D53" w:rsidRDefault="00E95C37" w:rsidP="00C552EC">
            <w:pPr>
              <w:shd w:val="clear" w:color="auto" w:fill="D9D9D9" w:themeFill="background1" w:themeFillShade="D9"/>
              <w:jc w:val="both"/>
              <w:rPr>
                <w:rFonts w:ascii="HGPｺﾞｼｯｸM" w:eastAsia="HGPｺﾞｼｯｸM" w:hAnsi="BIZ UDP明朝 Medium"/>
                <w:sz w:val="20"/>
                <w:szCs w:val="20"/>
              </w:rPr>
            </w:pPr>
            <w:r w:rsidRPr="00B92D53">
              <w:rPr>
                <w:rFonts w:ascii="HGPｺﾞｼｯｸM" w:eastAsia="HGPｺﾞｼｯｸM" w:hAnsi="BIZ UDP明朝 Medium" w:hint="eastAsia"/>
                <w:b/>
                <w:sz w:val="20"/>
                <w:szCs w:val="20"/>
              </w:rPr>
              <w:t>との関係</w:t>
            </w:r>
          </w:p>
        </w:tc>
        <w:tc>
          <w:tcPr>
            <w:tcW w:w="1843" w:type="dxa"/>
            <w:vAlign w:val="center"/>
          </w:tcPr>
          <w:p w14:paraId="76D1B48E" w14:textId="3FF5FF7A" w:rsidR="00E95C37" w:rsidRPr="00B92D53" w:rsidRDefault="00E95C37" w:rsidP="00C552EC">
            <w:pPr>
              <w:jc w:val="center"/>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z w:val="20"/>
                <w:szCs w:val="20"/>
                <w:lang w:eastAsia="ja-JP"/>
              </w:rPr>
              <w:t>本人・家族・その他（　　　　　　　　　　　）</w:t>
            </w:r>
          </w:p>
        </w:tc>
      </w:tr>
      <w:tr w:rsidR="00C552EC" w:rsidRPr="00B92D53" w14:paraId="18940966" w14:textId="0433F326" w:rsidTr="00186D4B">
        <w:trPr>
          <w:trHeight w:val="605"/>
        </w:trPr>
        <w:tc>
          <w:tcPr>
            <w:tcW w:w="1417" w:type="dxa"/>
            <w:shd w:val="clear" w:color="auto" w:fill="D9D9D9" w:themeFill="background1" w:themeFillShade="D9"/>
            <w:vAlign w:val="center"/>
          </w:tcPr>
          <w:p w14:paraId="750C031F" w14:textId="77777777" w:rsidR="00C552EC" w:rsidRPr="00B92D53" w:rsidRDefault="00C552EC" w:rsidP="001B6FB0">
            <w:pPr>
              <w:jc w:val="center"/>
              <w:rPr>
                <w:rFonts w:ascii="HGPｺﾞｼｯｸM" w:eastAsia="HGPｺﾞｼｯｸM" w:hAnsi="BIZ UDP明朝 Medium"/>
                <w:b/>
                <w:sz w:val="20"/>
                <w:szCs w:val="20"/>
                <w:lang w:eastAsia="ja-JP"/>
              </w:rPr>
            </w:pPr>
            <w:proofErr w:type="spellStart"/>
            <w:r w:rsidRPr="00DE52DA">
              <w:rPr>
                <w:rFonts w:ascii="HGPｺﾞｼｯｸM" w:eastAsia="HGPｺﾞｼｯｸM" w:hAnsi="BIZ UDP明朝 Medium" w:hint="eastAsia"/>
                <w:b/>
                <w:spacing w:val="70"/>
                <w:sz w:val="20"/>
                <w:szCs w:val="20"/>
                <w:fitText w:val="744" w:id="-393038080"/>
              </w:rPr>
              <w:t>申請</w:t>
            </w:r>
            <w:r w:rsidRPr="00DE52DA">
              <w:rPr>
                <w:rFonts w:ascii="HGPｺﾞｼｯｸM" w:eastAsia="HGPｺﾞｼｯｸM" w:hAnsi="BIZ UDP明朝 Medium" w:hint="eastAsia"/>
                <w:b/>
                <w:spacing w:val="2"/>
                <w:sz w:val="20"/>
                <w:szCs w:val="20"/>
                <w:fitText w:val="744" w:id="-393038080"/>
              </w:rPr>
              <w:t>者</w:t>
            </w:r>
            <w:proofErr w:type="spellEnd"/>
          </w:p>
          <w:p w14:paraId="50EA0568" w14:textId="29491DE1" w:rsidR="00C552EC" w:rsidRPr="00B92D53" w:rsidRDefault="00C552EC"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b/>
                <w:spacing w:val="342"/>
                <w:sz w:val="20"/>
                <w:szCs w:val="20"/>
                <w:fitText w:val="744" w:id="-393037824"/>
              </w:rPr>
              <w:t>氏</w:t>
            </w:r>
            <w:r w:rsidRPr="00DE52DA">
              <w:rPr>
                <w:rFonts w:ascii="HGPｺﾞｼｯｸM" w:eastAsia="HGPｺﾞｼｯｸM" w:hAnsi="BIZ UDP明朝 Medium" w:hint="eastAsia"/>
                <w:b/>
                <w:spacing w:val="1"/>
                <w:sz w:val="20"/>
                <w:szCs w:val="20"/>
                <w:fitText w:val="744" w:id="-393037824"/>
              </w:rPr>
              <w:t>名</w:t>
            </w:r>
          </w:p>
        </w:tc>
        <w:tc>
          <w:tcPr>
            <w:tcW w:w="3114" w:type="dxa"/>
            <w:vAlign w:val="center"/>
          </w:tcPr>
          <w:p w14:paraId="3CDE535A" w14:textId="2E25977B" w:rsidR="00C552EC" w:rsidRPr="00B92D53" w:rsidRDefault="00C552EC" w:rsidP="001B6FB0">
            <w:pPr>
              <w:jc w:val="center"/>
              <w:rPr>
                <w:rFonts w:ascii="HGPｺﾞｼｯｸM" w:eastAsia="HGPｺﾞｼｯｸM" w:hAnsi="BIZ UDP明朝 Medium"/>
                <w:sz w:val="20"/>
                <w:szCs w:val="20"/>
              </w:rPr>
            </w:pPr>
          </w:p>
        </w:tc>
        <w:tc>
          <w:tcPr>
            <w:tcW w:w="993" w:type="dxa"/>
            <w:shd w:val="clear" w:color="auto" w:fill="D9D9D9" w:themeFill="background1" w:themeFillShade="D9"/>
            <w:vAlign w:val="center"/>
          </w:tcPr>
          <w:p w14:paraId="3D5CB99A" w14:textId="77777777" w:rsidR="00C552EC" w:rsidRPr="00B92D53" w:rsidRDefault="00C552EC" w:rsidP="001B6FB0">
            <w:pPr>
              <w:jc w:val="center"/>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pacing w:val="70"/>
                <w:sz w:val="20"/>
                <w:szCs w:val="20"/>
                <w:fitText w:val="740" w:id="-393037823"/>
              </w:rPr>
              <w:t>申請</w:t>
            </w:r>
            <w:r w:rsidRPr="00B92D53">
              <w:rPr>
                <w:rFonts w:ascii="HGPｺﾞｼｯｸM" w:eastAsia="HGPｺﾞｼｯｸM" w:hAnsi="BIZ UDP明朝 Medium" w:hint="eastAsia"/>
                <w:sz w:val="20"/>
                <w:szCs w:val="20"/>
                <w:fitText w:val="740" w:id="-393037823"/>
              </w:rPr>
              <w:t>者</w:t>
            </w:r>
          </w:p>
          <w:p w14:paraId="3830851A" w14:textId="11F9F5F0" w:rsidR="00C552EC" w:rsidRPr="00B92D53" w:rsidRDefault="00C552EC"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340"/>
                <w:sz w:val="20"/>
                <w:szCs w:val="20"/>
                <w:fitText w:val="740" w:id="-393037822"/>
              </w:rPr>
              <w:t>住</w:t>
            </w:r>
            <w:r w:rsidRPr="00B92D53">
              <w:rPr>
                <w:rFonts w:ascii="HGPｺﾞｼｯｸM" w:eastAsia="HGPｺﾞｼｯｸM" w:hAnsi="BIZ UDP明朝 Medium" w:hint="eastAsia"/>
                <w:sz w:val="20"/>
                <w:szCs w:val="20"/>
                <w:fitText w:val="740" w:id="-393037822"/>
              </w:rPr>
              <w:t>所</w:t>
            </w:r>
          </w:p>
        </w:tc>
        <w:tc>
          <w:tcPr>
            <w:tcW w:w="5528" w:type="dxa"/>
            <w:gridSpan w:val="3"/>
            <w:vAlign w:val="center"/>
          </w:tcPr>
          <w:p w14:paraId="580399B2" w14:textId="77777777" w:rsidR="00C552EC" w:rsidRPr="00B92D53" w:rsidRDefault="00C552EC" w:rsidP="00E95C37">
            <w:pPr>
              <w:rPr>
                <w:rFonts w:ascii="HGPｺﾞｼｯｸM" w:eastAsia="HGPｺﾞｼｯｸM" w:hAnsi="BIZ UDP明朝 Medium"/>
                <w:sz w:val="20"/>
                <w:szCs w:val="20"/>
                <w:lang w:eastAsia="ja-JP"/>
              </w:rPr>
            </w:pPr>
          </w:p>
        </w:tc>
      </w:tr>
    </w:tbl>
    <w:p w14:paraId="6D81E2D0" w14:textId="77777777" w:rsidR="00CD29EA" w:rsidRPr="00B92D53" w:rsidRDefault="00E70B77" w:rsidP="00970133">
      <w:pPr>
        <w:spacing w:before="120" w:after="20" w:line="240" w:lineRule="auto"/>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b/>
          <w:sz w:val="20"/>
          <w:szCs w:val="20"/>
          <w:lang w:eastAsia="ja-JP"/>
        </w:rPr>
        <w:t>１　被保険者（減免を受ける方）</w:t>
      </w:r>
    </w:p>
    <w:tbl>
      <w:tblPr>
        <w:tblStyle w:val="afe"/>
        <w:tblW w:w="11052" w:type="dxa"/>
        <w:tblLayout w:type="fixed"/>
        <w:tblLook w:val="04A0" w:firstRow="1" w:lastRow="0" w:firstColumn="1" w:lastColumn="0" w:noHBand="0" w:noVBand="1"/>
      </w:tblPr>
      <w:tblGrid>
        <w:gridCol w:w="1417"/>
        <w:gridCol w:w="389"/>
        <w:gridCol w:w="389"/>
        <w:gridCol w:w="389"/>
        <w:gridCol w:w="390"/>
        <w:gridCol w:w="389"/>
        <w:gridCol w:w="389"/>
        <w:gridCol w:w="389"/>
        <w:gridCol w:w="390"/>
        <w:gridCol w:w="993"/>
        <w:gridCol w:w="5528"/>
      </w:tblGrid>
      <w:tr w:rsidR="00970133" w:rsidRPr="00B92D53" w14:paraId="0F33E9D8" w14:textId="77777777" w:rsidTr="00186D4B">
        <w:trPr>
          <w:trHeight w:val="594"/>
        </w:trPr>
        <w:tc>
          <w:tcPr>
            <w:tcW w:w="1417" w:type="dxa"/>
            <w:shd w:val="clear" w:color="auto" w:fill="D9D9D9" w:themeFill="background1" w:themeFillShade="D9"/>
            <w:vAlign w:val="center"/>
          </w:tcPr>
          <w:p w14:paraId="09A18387" w14:textId="136EFA15" w:rsidR="00970133" w:rsidRPr="00B92D53" w:rsidRDefault="00970133" w:rsidP="00A862B2">
            <w:pPr>
              <w:spacing w:after="120"/>
              <w:jc w:val="center"/>
              <w:rPr>
                <w:rFonts w:ascii="HGPｺﾞｼｯｸM" w:eastAsia="HGPｺﾞｼｯｸM" w:hAnsi="BIZ UDP明朝 Medium"/>
                <w:b/>
                <w:sz w:val="18"/>
                <w:szCs w:val="18"/>
                <w:lang w:eastAsia="ja-JP"/>
              </w:rPr>
            </w:pPr>
            <w:r w:rsidRPr="00B92D53">
              <w:rPr>
                <w:rFonts w:ascii="HGPｺﾞｼｯｸM" w:eastAsia="HGPｺﾞｼｯｸM" w:hAnsi="BIZ UDP明朝 Medium" w:hint="eastAsia"/>
                <w:b/>
                <w:sz w:val="18"/>
                <w:szCs w:val="18"/>
                <w:lang w:eastAsia="ja-JP"/>
              </w:rPr>
              <w:t>（カ　ナ）</w:t>
            </w:r>
          </w:p>
          <w:p w14:paraId="2AE72E64" w14:textId="143F7DE1" w:rsidR="00970133" w:rsidRPr="00B92D53" w:rsidRDefault="00970133" w:rsidP="001B6FB0">
            <w:pPr>
              <w:jc w:val="center"/>
              <w:rPr>
                <w:rFonts w:ascii="HGPｺﾞｼｯｸM" w:eastAsia="HGPｺﾞｼｯｸM" w:hAnsi="BIZ UDP明朝 Medium"/>
                <w:b/>
                <w:sz w:val="18"/>
                <w:szCs w:val="18"/>
                <w:lang w:eastAsia="ja-JP"/>
              </w:rPr>
            </w:pPr>
            <w:r w:rsidRPr="00B92D53">
              <w:rPr>
                <w:rFonts w:ascii="HGPｺﾞｼｯｸM" w:eastAsia="HGPｺﾞｼｯｸM" w:hAnsi="BIZ UDP明朝 Medium" w:hint="eastAsia"/>
                <w:b/>
                <w:sz w:val="20"/>
                <w:szCs w:val="20"/>
                <w:lang w:eastAsia="ja-JP"/>
              </w:rPr>
              <w:t>氏　　　名</w:t>
            </w:r>
          </w:p>
        </w:tc>
        <w:tc>
          <w:tcPr>
            <w:tcW w:w="3114" w:type="dxa"/>
            <w:gridSpan w:val="8"/>
            <w:vAlign w:val="center"/>
          </w:tcPr>
          <w:p w14:paraId="01EB813B" w14:textId="77777777" w:rsidR="00970133" w:rsidRPr="00B92D53" w:rsidRDefault="00970133" w:rsidP="001B6FB0">
            <w:pPr>
              <w:jc w:val="center"/>
              <w:rPr>
                <w:rFonts w:ascii="HGPｺﾞｼｯｸM" w:eastAsia="HGPｺﾞｼｯｸM" w:hAnsi="BIZ UDP明朝 Medium"/>
                <w:sz w:val="20"/>
                <w:szCs w:val="20"/>
                <w:lang w:eastAsia="ja-JP"/>
              </w:rPr>
            </w:pPr>
          </w:p>
        </w:tc>
        <w:tc>
          <w:tcPr>
            <w:tcW w:w="993" w:type="dxa"/>
            <w:shd w:val="clear" w:color="auto" w:fill="D9D9D9" w:themeFill="background1" w:themeFillShade="D9"/>
            <w:vAlign w:val="center"/>
          </w:tcPr>
          <w:p w14:paraId="42C9722D" w14:textId="4441A729" w:rsidR="00970133" w:rsidRPr="00B92D53" w:rsidRDefault="007B40CF" w:rsidP="001B6FB0">
            <w:pPr>
              <w:jc w:val="center"/>
              <w:rPr>
                <w:rFonts w:ascii="HGPｺﾞｼｯｸM" w:eastAsia="HGPｺﾞｼｯｸM" w:hAnsi="BIZ UDP明朝 Medium"/>
                <w:b/>
                <w:bCs/>
                <w:sz w:val="20"/>
                <w:szCs w:val="20"/>
                <w:lang w:eastAsia="ja-JP"/>
              </w:rPr>
            </w:pPr>
            <w:r w:rsidRPr="00B92D53">
              <w:rPr>
                <w:rFonts w:ascii="HGPｺﾞｼｯｸM" w:eastAsia="HGPｺﾞｼｯｸM" w:hAnsi="BIZ UDP明朝 Medium" w:hint="eastAsia"/>
                <w:b/>
                <w:bCs/>
                <w:sz w:val="20"/>
                <w:szCs w:val="20"/>
                <w:lang w:eastAsia="ja-JP"/>
              </w:rPr>
              <w:t>住　　　所</w:t>
            </w:r>
          </w:p>
        </w:tc>
        <w:tc>
          <w:tcPr>
            <w:tcW w:w="5528" w:type="dxa"/>
          </w:tcPr>
          <w:p w14:paraId="452DF59A" w14:textId="2681C431" w:rsidR="00970133" w:rsidRPr="00B92D53" w:rsidRDefault="007B40CF" w:rsidP="001B6FB0">
            <w:pPr>
              <w:jc w:val="both"/>
              <w:rPr>
                <w:rFonts w:ascii="HGPｺﾞｼｯｸM" w:eastAsia="HGPｺﾞｼｯｸM" w:hAnsi="BIZ UDP明朝 Medium"/>
                <w:b/>
                <w:bCs/>
                <w:sz w:val="18"/>
                <w:szCs w:val="18"/>
                <w:lang w:eastAsia="ja-JP"/>
              </w:rPr>
            </w:pPr>
            <w:r w:rsidRPr="00B92D53">
              <w:rPr>
                <w:rFonts w:ascii="HGPｺﾞｼｯｸM" w:eastAsia="HGPｺﾞｼｯｸM" w:hAnsi="BIZ UDP明朝 Medium" w:hint="eastAsia"/>
                <w:b/>
                <w:bCs/>
                <w:sz w:val="18"/>
                <w:szCs w:val="18"/>
                <w:lang w:eastAsia="ja-JP"/>
              </w:rPr>
              <w:t>□申請者住所と同じ</w:t>
            </w:r>
          </w:p>
        </w:tc>
      </w:tr>
      <w:tr w:rsidR="00C552EC" w:rsidRPr="00B92D53" w14:paraId="3FB413DF" w14:textId="15343601" w:rsidTr="00186D4B">
        <w:trPr>
          <w:trHeight w:hRule="exact" w:val="539"/>
        </w:trPr>
        <w:tc>
          <w:tcPr>
            <w:tcW w:w="1417" w:type="dxa"/>
            <w:shd w:val="clear" w:color="auto" w:fill="D9D9D9" w:themeFill="background1" w:themeFillShade="D9"/>
            <w:vAlign w:val="center"/>
          </w:tcPr>
          <w:p w14:paraId="58FC1FAE" w14:textId="7872B31D" w:rsidR="00C552EC" w:rsidRPr="00B92D53" w:rsidRDefault="00C552EC" w:rsidP="001B6FB0">
            <w:pPr>
              <w:jc w:val="center"/>
              <w:rPr>
                <w:rFonts w:ascii="HGPｺﾞｼｯｸM" w:eastAsia="HGPｺﾞｼｯｸM" w:hAnsi="BIZ UDP明朝 Medium"/>
                <w:b/>
                <w:sz w:val="20"/>
                <w:szCs w:val="20"/>
              </w:rPr>
            </w:pPr>
            <w:r w:rsidRPr="00B92D53">
              <w:rPr>
                <w:rFonts w:ascii="HGPｺﾞｼｯｸM" w:eastAsia="HGPｺﾞｼｯｸM" w:hAnsi="BIZ UDP明朝 Medium" w:hint="eastAsia"/>
                <w:b/>
                <w:sz w:val="20"/>
                <w:szCs w:val="20"/>
                <w:lang w:eastAsia="ja-JP"/>
              </w:rPr>
              <w:t>被保険者番号</w:t>
            </w:r>
          </w:p>
        </w:tc>
        <w:tc>
          <w:tcPr>
            <w:tcW w:w="389" w:type="dxa"/>
            <w:tcBorders>
              <w:right w:val="dotted" w:sz="4" w:space="0" w:color="auto"/>
            </w:tcBorders>
            <w:vAlign w:val="center"/>
          </w:tcPr>
          <w:p w14:paraId="5B5835F8" w14:textId="77777777" w:rsidR="00C552EC" w:rsidRPr="00B92D53" w:rsidRDefault="00C552EC" w:rsidP="001B6FB0">
            <w:pPr>
              <w:jc w:val="center"/>
              <w:rPr>
                <w:rFonts w:ascii="HGPｺﾞｼｯｸM" w:eastAsia="HGPｺﾞｼｯｸM" w:hAnsi="BIZ UDP明朝 Medium"/>
                <w:sz w:val="20"/>
                <w:szCs w:val="20"/>
              </w:rPr>
            </w:pPr>
          </w:p>
        </w:tc>
        <w:tc>
          <w:tcPr>
            <w:tcW w:w="389" w:type="dxa"/>
            <w:tcBorders>
              <w:left w:val="dotted" w:sz="4" w:space="0" w:color="auto"/>
              <w:right w:val="dotted" w:sz="4" w:space="0" w:color="auto"/>
            </w:tcBorders>
            <w:vAlign w:val="center"/>
          </w:tcPr>
          <w:p w14:paraId="27A25C76" w14:textId="77777777" w:rsidR="00C552EC" w:rsidRPr="00B92D53" w:rsidRDefault="00C552EC" w:rsidP="001B6FB0">
            <w:pPr>
              <w:jc w:val="center"/>
              <w:rPr>
                <w:rFonts w:ascii="HGPｺﾞｼｯｸM" w:eastAsia="HGPｺﾞｼｯｸM" w:hAnsi="BIZ UDP明朝 Medium"/>
                <w:sz w:val="20"/>
                <w:szCs w:val="20"/>
              </w:rPr>
            </w:pPr>
          </w:p>
        </w:tc>
        <w:tc>
          <w:tcPr>
            <w:tcW w:w="389" w:type="dxa"/>
            <w:tcBorders>
              <w:left w:val="dotted" w:sz="4" w:space="0" w:color="auto"/>
              <w:right w:val="dotted" w:sz="4" w:space="0" w:color="auto"/>
            </w:tcBorders>
            <w:vAlign w:val="center"/>
          </w:tcPr>
          <w:p w14:paraId="3E939216" w14:textId="77777777" w:rsidR="00C552EC" w:rsidRPr="00B92D53" w:rsidRDefault="00C552EC" w:rsidP="001B6FB0">
            <w:pPr>
              <w:jc w:val="center"/>
              <w:rPr>
                <w:rFonts w:ascii="HGPｺﾞｼｯｸM" w:eastAsia="HGPｺﾞｼｯｸM" w:hAnsi="BIZ UDP明朝 Medium"/>
                <w:sz w:val="20"/>
                <w:szCs w:val="20"/>
              </w:rPr>
            </w:pPr>
          </w:p>
        </w:tc>
        <w:tc>
          <w:tcPr>
            <w:tcW w:w="390" w:type="dxa"/>
            <w:tcBorders>
              <w:left w:val="dotted" w:sz="4" w:space="0" w:color="auto"/>
              <w:right w:val="dotted" w:sz="4" w:space="0" w:color="auto"/>
            </w:tcBorders>
            <w:vAlign w:val="center"/>
          </w:tcPr>
          <w:p w14:paraId="61DE96C5" w14:textId="77777777" w:rsidR="00C552EC" w:rsidRPr="00B92D53" w:rsidRDefault="00C552EC" w:rsidP="001B6FB0">
            <w:pPr>
              <w:jc w:val="center"/>
              <w:rPr>
                <w:rFonts w:ascii="HGPｺﾞｼｯｸM" w:eastAsia="HGPｺﾞｼｯｸM" w:hAnsi="BIZ UDP明朝 Medium"/>
                <w:sz w:val="20"/>
                <w:szCs w:val="20"/>
              </w:rPr>
            </w:pPr>
          </w:p>
        </w:tc>
        <w:tc>
          <w:tcPr>
            <w:tcW w:w="389" w:type="dxa"/>
            <w:tcBorders>
              <w:left w:val="dotted" w:sz="4" w:space="0" w:color="auto"/>
              <w:right w:val="dotted" w:sz="4" w:space="0" w:color="auto"/>
            </w:tcBorders>
            <w:vAlign w:val="center"/>
          </w:tcPr>
          <w:p w14:paraId="0697DB31" w14:textId="77777777" w:rsidR="00C552EC" w:rsidRPr="00B92D53" w:rsidRDefault="00C552EC" w:rsidP="001B6FB0">
            <w:pPr>
              <w:jc w:val="center"/>
              <w:rPr>
                <w:rFonts w:ascii="HGPｺﾞｼｯｸM" w:eastAsia="HGPｺﾞｼｯｸM" w:hAnsi="BIZ UDP明朝 Medium"/>
                <w:sz w:val="20"/>
                <w:szCs w:val="20"/>
              </w:rPr>
            </w:pPr>
          </w:p>
        </w:tc>
        <w:tc>
          <w:tcPr>
            <w:tcW w:w="389" w:type="dxa"/>
            <w:tcBorders>
              <w:left w:val="dotted" w:sz="4" w:space="0" w:color="auto"/>
              <w:right w:val="dotted" w:sz="4" w:space="0" w:color="auto"/>
            </w:tcBorders>
            <w:vAlign w:val="center"/>
          </w:tcPr>
          <w:p w14:paraId="1ED169EB" w14:textId="77777777" w:rsidR="00C552EC" w:rsidRPr="00B92D53" w:rsidRDefault="00C552EC" w:rsidP="001B6FB0">
            <w:pPr>
              <w:jc w:val="center"/>
              <w:rPr>
                <w:rFonts w:ascii="HGPｺﾞｼｯｸM" w:eastAsia="HGPｺﾞｼｯｸM" w:hAnsi="BIZ UDP明朝 Medium"/>
                <w:sz w:val="20"/>
                <w:szCs w:val="20"/>
              </w:rPr>
            </w:pPr>
          </w:p>
        </w:tc>
        <w:tc>
          <w:tcPr>
            <w:tcW w:w="389" w:type="dxa"/>
            <w:tcBorders>
              <w:left w:val="dotted" w:sz="4" w:space="0" w:color="auto"/>
              <w:right w:val="dotted" w:sz="4" w:space="0" w:color="auto"/>
            </w:tcBorders>
            <w:vAlign w:val="center"/>
          </w:tcPr>
          <w:p w14:paraId="1F99E350" w14:textId="77777777" w:rsidR="00C552EC" w:rsidRPr="00B92D53" w:rsidRDefault="00C552EC" w:rsidP="001B6FB0">
            <w:pPr>
              <w:jc w:val="center"/>
              <w:rPr>
                <w:rFonts w:ascii="HGPｺﾞｼｯｸM" w:eastAsia="HGPｺﾞｼｯｸM" w:hAnsi="BIZ UDP明朝 Medium"/>
                <w:sz w:val="20"/>
                <w:szCs w:val="20"/>
              </w:rPr>
            </w:pPr>
          </w:p>
        </w:tc>
        <w:tc>
          <w:tcPr>
            <w:tcW w:w="390" w:type="dxa"/>
            <w:tcBorders>
              <w:left w:val="dotted" w:sz="4" w:space="0" w:color="auto"/>
            </w:tcBorders>
            <w:vAlign w:val="center"/>
          </w:tcPr>
          <w:p w14:paraId="13E25156" w14:textId="77777777" w:rsidR="00C552EC" w:rsidRPr="00B92D53" w:rsidRDefault="00C552EC" w:rsidP="001B6FB0">
            <w:pPr>
              <w:jc w:val="center"/>
              <w:rPr>
                <w:rFonts w:ascii="HGPｺﾞｼｯｸM" w:eastAsia="HGPｺﾞｼｯｸM" w:hAnsi="BIZ UDP明朝 Medium"/>
                <w:sz w:val="20"/>
                <w:szCs w:val="20"/>
              </w:rPr>
            </w:pPr>
          </w:p>
        </w:tc>
        <w:tc>
          <w:tcPr>
            <w:tcW w:w="993" w:type="dxa"/>
            <w:shd w:val="clear" w:color="auto" w:fill="D9D9D9" w:themeFill="background1" w:themeFillShade="D9"/>
            <w:vAlign w:val="center"/>
          </w:tcPr>
          <w:p w14:paraId="621B4A2D" w14:textId="461CF5BA" w:rsidR="00C552EC" w:rsidRPr="00B92D53" w:rsidRDefault="00C552EC" w:rsidP="001B6FB0">
            <w:pPr>
              <w:jc w:val="center"/>
              <w:rPr>
                <w:rFonts w:ascii="HGPｺﾞｼｯｸM" w:eastAsia="HGPｺﾞｼｯｸM" w:hAnsi="BIZ UDP明朝 Medium"/>
                <w:b/>
                <w:bCs/>
                <w:sz w:val="20"/>
                <w:szCs w:val="20"/>
                <w:lang w:eastAsia="ja-JP"/>
              </w:rPr>
            </w:pPr>
            <w:r w:rsidRPr="00B92D53">
              <w:rPr>
                <w:rFonts w:ascii="HGPｺﾞｼｯｸM" w:eastAsia="HGPｺﾞｼｯｸM" w:hAnsi="BIZ UDP明朝 Medium" w:hint="eastAsia"/>
                <w:b/>
                <w:bCs/>
                <w:sz w:val="20"/>
                <w:szCs w:val="20"/>
                <w:lang w:eastAsia="ja-JP"/>
              </w:rPr>
              <w:t>生年月日</w:t>
            </w:r>
          </w:p>
        </w:tc>
        <w:tc>
          <w:tcPr>
            <w:tcW w:w="5528" w:type="dxa"/>
            <w:vAlign w:val="center"/>
          </w:tcPr>
          <w:p w14:paraId="0F087465" w14:textId="51E60324" w:rsidR="00C552EC" w:rsidRPr="00B92D53" w:rsidRDefault="00C552EC" w:rsidP="00C552EC">
            <w:pPr>
              <w:ind w:firstLineChars="100" w:firstLine="185"/>
              <w:jc w:val="both"/>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sz w:val="20"/>
                <w:szCs w:val="20"/>
                <w:lang w:eastAsia="ja-JP"/>
              </w:rPr>
              <w:t>T　　・　　S　　・　西暦　　　　　　　　　　　　年　　　　　　月　　　　　日</w:t>
            </w:r>
          </w:p>
        </w:tc>
      </w:tr>
      <w:tr w:rsidR="003368F7" w:rsidRPr="00B92D53" w14:paraId="0E80F483" w14:textId="77777777" w:rsidTr="00186D4B">
        <w:trPr>
          <w:trHeight w:hRule="exact" w:val="734"/>
        </w:trPr>
        <w:tc>
          <w:tcPr>
            <w:tcW w:w="1417" w:type="dxa"/>
            <w:shd w:val="clear" w:color="auto" w:fill="D9D9D9" w:themeFill="background1" w:themeFillShade="D9"/>
            <w:vAlign w:val="center"/>
          </w:tcPr>
          <w:p w14:paraId="60A3372E" w14:textId="77777777" w:rsidR="00E95C37" w:rsidRPr="00B92D53" w:rsidRDefault="003368F7" w:rsidP="001B6FB0">
            <w:pPr>
              <w:jc w:val="center"/>
              <w:rPr>
                <w:rFonts w:ascii="HGPｺﾞｼｯｸM" w:eastAsia="HGPｺﾞｼｯｸM" w:hAnsi="BIZ UDP明朝 Medium"/>
                <w:b/>
                <w:sz w:val="20"/>
                <w:szCs w:val="20"/>
                <w:lang w:eastAsia="ja-JP"/>
              </w:rPr>
            </w:pPr>
            <w:proofErr w:type="spellStart"/>
            <w:r w:rsidRPr="00DE52DA">
              <w:rPr>
                <w:rFonts w:ascii="HGPｺﾞｼｯｸM" w:eastAsia="HGPｺﾞｼｯｸM" w:hAnsi="BIZ UDP明朝 Medium" w:hint="eastAsia"/>
                <w:b/>
                <w:spacing w:val="70"/>
                <w:sz w:val="20"/>
                <w:szCs w:val="20"/>
                <w:fitText w:val="744" w:id="-393039614"/>
              </w:rPr>
              <w:t>世帯</w:t>
            </w:r>
            <w:r w:rsidRPr="00DE52DA">
              <w:rPr>
                <w:rFonts w:ascii="HGPｺﾞｼｯｸM" w:eastAsia="HGPｺﾞｼｯｸM" w:hAnsi="BIZ UDP明朝 Medium" w:hint="eastAsia"/>
                <w:b/>
                <w:spacing w:val="2"/>
                <w:sz w:val="20"/>
                <w:szCs w:val="20"/>
                <w:fitText w:val="744" w:id="-393039614"/>
              </w:rPr>
              <w:t>主</w:t>
            </w:r>
            <w:proofErr w:type="spellEnd"/>
          </w:p>
          <w:p w14:paraId="49BD5101" w14:textId="05211159" w:rsidR="003368F7" w:rsidRPr="00B92D53" w:rsidRDefault="003368F7" w:rsidP="001B6FB0">
            <w:pPr>
              <w:jc w:val="center"/>
              <w:rPr>
                <w:rFonts w:ascii="HGPｺﾞｼｯｸM" w:eastAsia="HGPｺﾞｼｯｸM" w:hAnsi="BIZ UDP明朝 Medium"/>
                <w:b/>
                <w:sz w:val="20"/>
                <w:szCs w:val="20"/>
              </w:rPr>
            </w:pPr>
            <w:r w:rsidRPr="00DE52DA">
              <w:rPr>
                <w:rFonts w:ascii="HGPｺﾞｼｯｸM" w:eastAsia="HGPｺﾞｼｯｸM" w:hAnsi="BIZ UDP明朝 Medium" w:hint="eastAsia"/>
                <w:b/>
                <w:spacing w:val="342"/>
                <w:sz w:val="20"/>
                <w:szCs w:val="20"/>
                <w:fitText w:val="744" w:id="-393039613"/>
              </w:rPr>
              <w:t>氏</w:t>
            </w:r>
            <w:r w:rsidRPr="00DE52DA">
              <w:rPr>
                <w:rFonts w:ascii="HGPｺﾞｼｯｸM" w:eastAsia="HGPｺﾞｼｯｸM" w:hAnsi="BIZ UDP明朝 Medium" w:hint="eastAsia"/>
                <w:b/>
                <w:spacing w:val="1"/>
                <w:sz w:val="20"/>
                <w:szCs w:val="20"/>
                <w:fitText w:val="744" w:id="-393039613"/>
              </w:rPr>
              <w:t>名</w:t>
            </w:r>
          </w:p>
        </w:tc>
        <w:tc>
          <w:tcPr>
            <w:tcW w:w="3114" w:type="dxa"/>
            <w:gridSpan w:val="8"/>
            <w:vAlign w:val="center"/>
          </w:tcPr>
          <w:p w14:paraId="7ED969E7" w14:textId="12571C82" w:rsidR="00A862B2" w:rsidRPr="00B92D53" w:rsidRDefault="00A862B2" w:rsidP="00A862B2">
            <w:pPr>
              <w:rPr>
                <w:rFonts w:ascii="HGPｺﾞｼｯｸM" w:eastAsia="HGPｺﾞｼｯｸM" w:hAnsi="BIZ UDP明朝 Medium"/>
                <w:b/>
                <w:bCs/>
                <w:sz w:val="12"/>
                <w:szCs w:val="12"/>
                <w:lang w:eastAsia="ja-JP"/>
              </w:rPr>
            </w:pPr>
          </w:p>
        </w:tc>
        <w:tc>
          <w:tcPr>
            <w:tcW w:w="993" w:type="dxa"/>
            <w:shd w:val="clear" w:color="auto" w:fill="D9D9D9" w:themeFill="background1" w:themeFillShade="D9"/>
            <w:vAlign w:val="center"/>
          </w:tcPr>
          <w:p w14:paraId="1FE40CE3" w14:textId="77777777" w:rsidR="00E95C37" w:rsidRPr="00B92D53" w:rsidRDefault="003368F7" w:rsidP="001B6FB0">
            <w:pPr>
              <w:jc w:val="center"/>
              <w:rPr>
                <w:rFonts w:ascii="HGPｺﾞｼｯｸM" w:eastAsia="HGPｺﾞｼｯｸM" w:hAnsi="BIZ UDP明朝 Medium"/>
                <w:b/>
                <w:bCs/>
                <w:sz w:val="20"/>
                <w:szCs w:val="20"/>
                <w:lang w:eastAsia="ja-JP"/>
              </w:rPr>
            </w:pPr>
            <w:r w:rsidRPr="00DE52DA">
              <w:rPr>
                <w:rFonts w:ascii="HGPｺﾞｼｯｸM" w:eastAsia="HGPｺﾞｼｯｸM" w:hAnsi="BIZ UDP明朝 Medium" w:hint="eastAsia"/>
                <w:b/>
                <w:bCs/>
                <w:spacing w:val="70"/>
                <w:sz w:val="20"/>
                <w:szCs w:val="20"/>
                <w:fitText w:val="744" w:id="-393039616"/>
                <w:lang w:eastAsia="ja-JP"/>
              </w:rPr>
              <w:t>世帯</w:t>
            </w:r>
            <w:r w:rsidRPr="00DE52DA">
              <w:rPr>
                <w:rFonts w:ascii="HGPｺﾞｼｯｸM" w:eastAsia="HGPｺﾞｼｯｸM" w:hAnsi="BIZ UDP明朝 Medium" w:hint="eastAsia"/>
                <w:b/>
                <w:bCs/>
                <w:spacing w:val="2"/>
                <w:sz w:val="20"/>
                <w:szCs w:val="20"/>
                <w:fitText w:val="744" w:id="-393039616"/>
                <w:lang w:eastAsia="ja-JP"/>
              </w:rPr>
              <w:t>主</w:t>
            </w:r>
          </w:p>
          <w:p w14:paraId="75C0BB40" w14:textId="3D51C5E1" w:rsidR="003368F7" w:rsidRPr="00B92D53" w:rsidRDefault="003368F7" w:rsidP="001B6FB0">
            <w:pPr>
              <w:jc w:val="center"/>
              <w:rPr>
                <w:rFonts w:ascii="HGPｺﾞｼｯｸM" w:eastAsia="HGPｺﾞｼｯｸM" w:hAnsi="BIZ UDP明朝 Medium"/>
                <w:b/>
                <w:bCs/>
                <w:sz w:val="20"/>
                <w:szCs w:val="20"/>
                <w:lang w:eastAsia="ja-JP"/>
              </w:rPr>
            </w:pPr>
            <w:r w:rsidRPr="00DE52DA">
              <w:rPr>
                <w:rFonts w:ascii="HGPｺﾞｼｯｸM" w:eastAsia="HGPｺﾞｼｯｸM" w:hAnsi="BIZ UDP明朝 Medium" w:hint="eastAsia"/>
                <w:b/>
                <w:bCs/>
                <w:spacing w:val="104"/>
                <w:sz w:val="20"/>
                <w:szCs w:val="20"/>
                <w:fitText w:val="744" w:id="-393039615"/>
                <w:lang w:eastAsia="ja-JP"/>
              </w:rPr>
              <w:t>住</w:t>
            </w:r>
            <w:r w:rsidR="00E95C37" w:rsidRPr="00DE52DA">
              <w:rPr>
                <w:rFonts w:ascii="HGPｺﾞｼｯｸM" w:eastAsia="HGPｺﾞｼｯｸM" w:hAnsi="BIZ UDP明朝 Medium" w:hint="eastAsia"/>
                <w:b/>
                <w:bCs/>
                <w:spacing w:val="104"/>
                <w:sz w:val="20"/>
                <w:szCs w:val="20"/>
                <w:fitText w:val="744" w:id="-393039615"/>
                <w:lang w:eastAsia="ja-JP"/>
              </w:rPr>
              <w:t xml:space="preserve">　</w:t>
            </w:r>
            <w:r w:rsidRPr="00DE52DA">
              <w:rPr>
                <w:rFonts w:ascii="HGPｺﾞｼｯｸM" w:eastAsia="HGPｺﾞｼｯｸM" w:hAnsi="BIZ UDP明朝 Medium" w:hint="eastAsia"/>
                <w:b/>
                <w:bCs/>
                <w:spacing w:val="1"/>
                <w:sz w:val="20"/>
                <w:szCs w:val="20"/>
                <w:fitText w:val="744" w:id="-393039615"/>
                <w:lang w:eastAsia="ja-JP"/>
              </w:rPr>
              <w:t>所</w:t>
            </w:r>
          </w:p>
        </w:tc>
        <w:tc>
          <w:tcPr>
            <w:tcW w:w="5528" w:type="dxa"/>
          </w:tcPr>
          <w:p w14:paraId="7DDC7BA9" w14:textId="40C5CFC8" w:rsidR="003368F7" w:rsidRPr="00B92D53" w:rsidRDefault="007B40CF" w:rsidP="001B6FB0">
            <w:pPr>
              <w:jc w:val="both"/>
              <w:rPr>
                <w:rFonts w:ascii="HGPｺﾞｼｯｸM" w:eastAsia="HGPｺﾞｼｯｸM" w:hAnsi="BIZ UDP明朝 Medium"/>
                <w:b/>
                <w:bCs/>
                <w:sz w:val="20"/>
                <w:szCs w:val="20"/>
                <w:lang w:eastAsia="ja-JP"/>
              </w:rPr>
            </w:pPr>
            <w:r w:rsidRPr="00B92D53">
              <w:rPr>
                <w:rFonts w:ascii="HGPｺﾞｼｯｸM" w:eastAsia="HGPｺﾞｼｯｸM" w:hAnsi="BIZ UDP明朝 Medium" w:hint="eastAsia"/>
                <w:b/>
                <w:bCs/>
                <w:sz w:val="20"/>
                <w:szCs w:val="20"/>
                <w:lang w:eastAsia="ja-JP"/>
              </w:rPr>
              <w:t>□被保険者住所と同じ</w:t>
            </w:r>
          </w:p>
        </w:tc>
      </w:tr>
    </w:tbl>
    <w:p w14:paraId="3BF908DD" w14:textId="52984770" w:rsidR="00885435" w:rsidRPr="00B92D53" w:rsidRDefault="00885435" w:rsidP="00F835BA">
      <w:pPr>
        <w:spacing w:before="120" w:after="0" w:line="240" w:lineRule="auto"/>
        <w:rPr>
          <w:rFonts w:ascii="HGPｺﾞｼｯｸM" w:eastAsia="HGPｺﾞｼｯｸM" w:hAnsi="BIZ UDP明朝 Medium"/>
          <w:sz w:val="20"/>
          <w:szCs w:val="20"/>
          <w:lang w:eastAsia="ja-JP"/>
        </w:rPr>
      </w:pPr>
      <w:r w:rsidRPr="00B92D53">
        <w:rPr>
          <w:rFonts w:ascii="HGPｺﾞｼｯｸM" w:eastAsia="HGPｺﾞｼｯｸM" w:hAnsi="BIZ UDP明朝 Medium" w:cs="ＭＳ 明朝" w:hint="eastAsia"/>
          <w:b/>
          <w:sz w:val="20"/>
          <w:szCs w:val="20"/>
          <w:lang w:eastAsia="ja-JP"/>
        </w:rPr>
        <w:t>２　まずご確認</w:t>
      </w:r>
      <w:r w:rsidR="00A862B2" w:rsidRPr="00B92D53">
        <w:rPr>
          <w:rFonts w:ascii="HGPｺﾞｼｯｸM" w:eastAsia="HGPｺﾞｼｯｸM" w:hAnsi="BIZ UDP明朝 Medium" w:cs="ＭＳ 明朝" w:hint="eastAsia"/>
          <w:b/>
          <w:sz w:val="20"/>
          <w:szCs w:val="20"/>
          <w:lang w:eastAsia="ja-JP"/>
        </w:rPr>
        <w:t>し、□にチェックしてください</w:t>
      </w:r>
    </w:p>
    <w:tbl>
      <w:tblPr>
        <w:tblStyle w:val="afe"/>
        <w:tblW w:w="0" w:type="auto"/>
        <w:tblLook w:val="04A0" w:firstRow="1" w:lastRow="0" w:firstColumn="1" w:lastColumn="0" w:noHBand="0" w:noVBand="1"/>
      </w:tblPr>
      <w:tblGrid>
        <w:gridCol w:w="11046"/>
      </w:tblGrid>
      <w:tr w:rsidR="00885435" w:rsidRPr="00B92D53" w14:paraId="2F38431B" w14:textId="77777777" w:rsidTr="00840F7A">
        <w:trPr>
          <w:trHeight w:val="293"/>
        </w:trPr>
        <w:tc>
          <w:tcPr>
            <w:tcW w:w="11112" w:type="dxa"/>
          </w:tcPr>
          <w:p w14:paraId="364925B4" w14:textId="3C37E5D0" w:rsidR="00885435" w:rsidRPr="00B92D53" w:rsidRDefault="00885435" w:rsidP="00840F7A">
            <w:pPr>
              <w:rPr>
                <w:rFonts w:ascii="HGPｺﾞｼｯｸM" w:eastAsia="HGPｺﾞｼｯｸM" w:hAnsi="BIZ UDP明朝 Medium"/>
                <w:sz w:val="20"/>
                <w:szCs w:val="20"/>
                <w:lang w:eastAsia="ja-JP"/>
              </w:rPr>
            </w:pPr>
            <w:r w:rsidRPr="00B92D53">
              <w:rPr>
                <w:rFonts w:ascii="HGPｺﾞｼｯｸM" w:eastAsia="HGPｺﾞｼｯｸM" w:hAnsi="BIZ UDP明朝 Medium" w:cs="Courier New" w:hint="eastAsia"/>
                <w:b/>
                <w:sz w:val="20"/>
                <w:szCs w:val="20"/>
                <w:lang w:eastAsia="ja-JP"/>
              </w:rPr>
              <w:t>□</w:t>
            </w:r>
            <w:r w:rsidRPr="00B92D53">
              <w:rPr>
                <w:rFonts w:ascii="HGPｺﾞｼｯｸM" w:eastAsia="HGPｺﾞｼｯｸM" w:hAnsi="BIZ UDP明朝 Medium" w:hint="eastAsia"/>
                <w:b/>
                <w:sz w:val="20"/>
                <w:szCs w:val="20"/>
                <w:lang w:eastAsia="ja-JP"/>
              </w:rPr>
              <w:t xml:space="preserve"> </w:t>
            </w:r>
            <w:r w:rsidRPr="00B92D53">
              <w:rPr>
                <w:rFonts w:ascii="HGPｺﾞｼｯｸM" w:eastAsia="HGPｺﾞｼｯｸM" w:hAnsi="BIZ UDP明朝 Medium" w:cs="ＭＳ 明朝" w:hint="eastAsia"/>
                <w:b/>
                <w:sz w:val="20"/>
                <w:szCs w:val="20"/>
                <w:lang w:eastAsia="ja-JP"/>
              </w:rPr>
              <w:t xml:space="preserve">令和８年熊本地震により被害を受けた　　</w:t>
            </w:r>
            <w:r w:rsidRPr="00B92D53">
              <w:rPr>
                <w:rFonts w:ascii="HGPｺﾞｼｯｸM" w:eastAsia="HGPｺﾞｼｯｸM" w:hAnsi="BIZ UDP明朝 Medium" w:cs="Courier New" w:hint="eastAsia"/>
                <w:b/>
                <w:sz w:val="20"/>
                <w:szCs w:val="20"/>
                <w:lang w:eastAsia="ja-JP"/>
              </w:rPr>
              <w:t>□</w:t>
            </w:r>
            <w:r w:rsidRPr="00B92D53">
              <w:rPr>
                <w:rFonts w:ascii="HGPｺﾞｼｯｸM" w:eastAsia="HGPｺﾞｼｯｸM" w:hAnsi="BIZ UDP明朝 Medium" w:hint="eastAsia"/>
                <w:b/>
                <w:sz w:val="20"/>
                <w:szCs w:val="20"/>
                <w:lang w:eastAsia="ja-JP"/>
              </w:rPr>
              <w:t xml:space="preserve"> </w:t>
            </w:r>
            <w:r w:rsidRPr="00B92D53">
              <w:rPr>
                <w:rFonts w:ascii="HGPｺﾞｼｯｸM" w:eastAsia="HGPｺﾞｼｯｸM" w:hAnsi="BIZ UDP明朝 Medium" w:cs="ＭＳ 明朝" w:hint="eastAsia"/>
                <w:b/>
                <w:sz w:val="20"/>
                <w:szCs w:val="20"/>
                <w:lang w:eastAsia="ja-JP"/>
              </w:rPr>
              <w:t>災害救助法が適用された市町村に住所がある後期高齢者医療の被保険者である</w:t>
            </w:r>
          </w:p>
        </w:tc>
      </w:tr>
    </w:tbl>
    <w:p w14:paraId="7EAEA2A5" w14:textId="1A2B2155" w:rsidR="00CD29EA" w:rsidRPr="00B92D53" w:rsidRDefault="00885435" w:rsidP="00F835BA">
      <w:pPr>
        <w:spacing w:before="120" w:after="0" w:line="240" w:lineRule="auto"/>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b/>
          <w:sz w:val="20"/>
          <w:szCs w:val="20"/>
          <w:lang w:eastAsia="ja-JP"/>
        </w:rPr>
        <w:t>３　保険料の額等（対象年度：令和８年度）</w:t>
      </w:r>
    </w:p>
    <w:tbl>
      <w:tblPr>
        <w:tblStyle w:val="afe"/>
        <w:tblW w:w="0" w:type="auto"/>
        <w:tblLayout w:type="fixed"/>
        <w:tblLook w:val="04A0" w:firstRow="1" w:lastRow="0" w:firstColumn="1" w:lastColumn="0" w:noHBand="0" w:noVBand="1"/>
      </w:tblPr>
      <w:tblGrid>
        <w:gridCol w:w="1247"/>
        <w:gridCol w:w="2437"/>
        <w:gridCol w:w="1247"/>
        <w:gridCol w:w="2437"/>
        <w:gridCol w:w="1247"/>
        <w:gridCol w:w="2437"/>
      </w:tblGrid>
      <w:tr w:rsidR="00CD29EA" w:rsidRPr="00B92D53" w14:paraId="4F79563D" w14:textId="77777777" w:rsidTr="00F835BA">
        <w:trPr>
          <w:trHeight w:hRule="exact" w:val="328"/>
        </w:trPr>
        <w:tc>
          <w:tcPr>
            <w:tcW w:w="1247" w:type="dxa"/>
            <w:shd w:val="clear" w:color="auto" w:fill="D9D9D9" w:themeFill="background1" w:themeFillShade="D9"/>
            <w:vAlign w:val="center"/>
          </w:tcPr>
          <w:p w14:paraId="0CA295CC" w14:textId="77777777" w:rsidR="00CD29EA" w:rsidRPr="00B92D53" w:rsidRDefault="00E70B77"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b/>
                <w:spacing w:val="156"/>
                <w:sz w:val="20"/>
                <w:szCs w:val="20"/>
                <w:fitText w:val="558" w:id="-393488895"/>
              </w:rPr>
              <w:t>納</w:t>
            </w:r>
            <w:r w:rsidRPr="00DE52DA">
              <w:rPr>
                <w:rFonts w:ascii="HGPｺﾞｼｯｸM" w:eastAsia="HGPｺﾞｼｯｸM" w:hAnsi="BIZ UDP明朝 Medium" w:hint="eastAsia"/>
                <w:b/>
                <w:spacing w:val="1"/>
                <w:sz w:val="20"/>
                <w:szCs w:val="20"/>
                <w:fitText w:val="558" w:id="-393488895"/>
              </w:rPr>
              <w:t>期</w:t>
            </w:r>
          </w:p>
        </w:tc>
        <w:tc>
          <w:tcPr>
            <w:tcW w:w="2437" w:type="dxa"/>
            <w:shd w:val="clear" w:color="auto" w:fill="D9D9D9" w:themeFill="background1" w:themeFillShade="D9"/>
            <w:vAlign w:val="center"/>
          </w:tcPr>
          <w:p w14:paraId="54595E58" w14:textId="77777777"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b/>
                <w:sz w:val="20"/>
                <w:szCs w:val="20"/>
              </w:rPr>
              <w:t>保険料額</w:t>
            </w:r>
          </w:p>
        </w:tc>
        <w:tc>
          <w:tcPr>
            <w:tcW w:w="1247" w:type="dxa"/>
            <w:shd w:val="clear" w:color="auto" w:fill="D9D9D9" w:themeFill="background1" w:themeFillShade="D9"/>
            <w:vAlign w:val="center"/>
          </w:tcPr>
          <w:p w14:paraId="03852865" w14:textId="77777777" w:rsidR="00CD29EA" w:rsidRPr="00B92D53" w:rsidRDefault="00E70B77"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b/>
                <w:spacing w:val="156"/>
                <w:sz w:val="20"/>
                <w:szCs w:val="20"/>
                <w:fitText w:val="558" w:id="-393488640"/>
              </w:rPr>
              <w:t>納</w:t>
            </w:r>
            <w:r w:rsidRPr="00DE52DA">
              <w:rPr>
                <w:rFonts w:ascii="HGPｺﾞｼｯｸM" w:eastAsia="HGPｺﾞｼｯｸM" w:hAnsi="BIZ UDP明朝 Medium" w:hint="eastAsia"/>
                <w:b/>
                <w:spacing w:val="1"/>
                <w:sz w:val="20"/>
                <w:szCs w:val="20"/>
                <w:fitText w:val="558" w:id="-393488640"/>
              </w:rPr>
              <w:t>期</w:t>
            </w:r>
          </w:p>
        </w:tc>
        <w:tc>
          <w:tcPr>
            <w:tcW w:w="2437" w:type="dxa"/>
            <w:shd w:val="clear" w:color="auto" w:fill="D9D9D9" w:themeFill="background1" w:themeFillShade="D9"/>
            <w:vAlign w:val="center"/>
          </w:tcPr>
          <w:p w14:paraId="266B56AD" w14:textId="77777777"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b/>
                <w:sz w:val="20"/>
                <w:szCs w:val="20"/>
              </w:rPr>
              <w:t>保険料額</w:t>
            </w:r>
          </w:p>
        </w:tc>
        <w:tc>
          <w:tcPr>
            <w:tcW w:w="1247" w:type="dxa"/>
            <w:shd w:val="clear" w:color="auto" w:fill="D9D9D9" w:themeFill="background1" w:themeFillShade="D9"/>
            <w:vAlign w:val="center"/>
          </w:tcPr>
          <w:p w14:paraId="7EE8F639" w14:textId="77777777" w:rsidR="00CD29EA" w:rsidRPr="00B92D53" w:rsidRDefault="00E70B77"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b/>
                <w:spacing w:val="156"/>
                <w:sz w:val="20"/>
                <w:szCs w:val="20"/>
                <w:fitText w:val="558" w:id="-393488639"/>
              </w:rPr>
              <w:t>納</w:t>
            </w:r>
            <w:r w:rsidRPr="00DE52DA">
              <w:rPr>
                <w:rFonts w:ascii="HGPｺﾞｼｯｸM" w:eastAsia="HGPｺﾞｼｯｸM" w:hAnsi="BIZ UDP明朝 Medium" w:hint="eastAsia"/>
                <w:b/>
                <w:spacing w:val="1"/>
                <w:sz w:val="20"/>
                <w:szCs w:val="20"/>
                <w:fitText w:val="558" w:id="-393488639"/>
              </w:rPr>
              <w:t>期</w:t>
            </w:r>
          </w:p>
        </w:tc>
        <w:tc>
          <w:tcPr>
            <w:tcW w:w="2437" w:type="dxa"/>
            <w:shd w:val="clear" w:color="auto" w:fill="D9D9D9" w:themeFill="background1" w:themeFillShade="D9"/>
            <w:vAlign w:val="center"/>
          </w:tcPr>
          <w:p w14:paraId="4A3ADE92" w14:textId="77777777"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b/>
                <w:sz w:val="20"/>
                <w:szCs w:val="20"/>
              </w:rPr>
              <w:t>保険料額</w:t>
            </w:r>
          </w:p>
        </w:tc>
      </w:tr>
      <w:tr w:rsidR="00CD29EA" w:rsidRPr="00B92D53" w14:paraId="31397B27" w14:textId="77777777" w:rsidTr="001B6FB0">
        <w:trPr>
          <w:trHeight w:hRule="exact" w:val="300"/>
        </w:trPr>
        <w:tc>
          <w:tcPr>
            <w:tcW w:w="1247" w:type="dxa"/>
            <w:vAlign w:val="center"/>
          </w:tcPr>
          <w:p w14:paraId="7CEE3BC5" w14:textId="2BB98269"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687"/>
              </w:rPr>
              <w:t>第</w:t>
            </w:r>
            <w:r w:rsidRPr="00B92D53">
              <w:rPr>
                <w:rFonts w:ascii="HGPｺﾞｼｯｸM" w:eastAsia="HGPｺﾞｼｯｸM" w:hAnsi="BIZ UDP明朝 Medium" w:hint="eastAsia"/>
                <w:sz w:val="20"/>
                <w:szCs w:val="20"/>
                <w:fitText w:val="800" w:id="-393522687"/>
              </w:rPr>
              <w:t>期</w:t>
            </w:r>
          </w:p>
        </w:tc>
        <w:tc>
          <w:tcPr>
            <w:tcW w:w="2437" w:type="dxa"/>
            <w:vAlign w:val="center"/>
          </w:tcPr>
          <w:p w14:paraId="5A77FE0F" w14:textId="179F3A18"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485A6B47" w14:textId="170EC7E3"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30"/>
              </w:rPr>
              <w:t>第</w:t>
            </w:r>
            <w:r w:rsidRPr="00B92D53">
              <w:rPr>
                <w:rFonts w:ascii="HGPｺﾞｼｯｸM" w:eastAsia="HGPｺﾞｼｯｸM" w:hAnsi="BIZ UDP明朝 Medium" w:hint="eastAsia"/>
                <w:sz w:val="20"/>
                <w:szCs w:val="20"/>
                <w:fitText w:val="800" w:id="-393522430"/>
              </w:rPr>
              <w:t>期</w:t>
            </w:r>
          </w:p>
        </w:tc>
        <w:tc>
          <w:tcPr>
            <w:tcW w:w="2437" w:type="dxa"/>
            <w:vAlign w:val="center"/>
          </w:tcPr>
          <w:p w14:paraId="4FD256DD" w14:textId="52846A68"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535B2E7B" w14:textId="6602D249"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26"/>
              </w:rPr>
              <w:t>第</w:t>
            </w:r>
            <w:r w:rsidRPr="00B92D53">
              <w:rPr>
                <w:rFonts w:ascii="HGPｺﾞｼｯｸM" w:eastAsia="HGPｺﾞｼｯｸM" w:hAnsi="BIZ UDP明朝 Medium" w:hint="eastAsia"/>
                <w:sz w:val="20"/>
                <w:szCs w:val="20"/>
                <w:fitText w:val="800" w:id="-393522426"/>
              </w:rPr>
              <w:t>期</w:t>
            </w:r>
          </w:p>
        </w:tc>
        <w:tc>
          <w:tcPr>
            <w:tcW w:w="2437" w:type="dxa"/>
            <w:vAlign w:val="center"/>
          </w:tcPr>
          <w:p w14:paraId="6C13087C" w14:textId="3CF300C2"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r>
      <w:tr w:rsidR="00CD29EA" w:rsidRPr="00B92D53" w14:paraId="46AC09F7" w14:textId="77777777" w:rsidTr="001B6FB0">
        <w:trPr>
          <w:trHeight w:hRule="exact" w:val="300"/>
        </w:trPr>
        <w:tc>
          <w:tcPr>
            <w:tcW w:w="1247" w:type="dxa"/>
            <w:vAlign w:val="center"/>
          </w:tcPr>
          <w:p w14:paraId="0536559F" w14:textId="06CCB5D6"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686"/>
              </w:rPr>
              <w:t>第</w:t>
            </w:r>
            <w:r w:rsidRPr="00B92D53">
              <w:rPr>
                <w:rFonts w:ascii="HGPｺﾞｼｯｸM" w:eastAsia="HGPｺﾞｼｯｸM" w:hAnsi="BIZ UDP明朝 Medium" w:hint="eastAsia"/>
                <w:sz w:val="20"/>
                <w:szCs w:val="20"/>
                <w:fitText w:val="800" w:id="-393522686"/>
              </w:rPr>
              <w:t>期</w:t>
            </w:r>
          </w:p>
        </w:tc>
        <w:tc>
          <w:tcPr>
            <w:tcW w:w="2437" w:type="dxa"/>
            <w:vAlign w:val="center"/>
          </w:tcPr>
          <w:p w14:paraId="107F6F0F" w14:textId="5170D84F"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03D45211" w14:textId="2D16FD06"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29"/>
              </w:rPr>
              <w:t>第</w:t>
            </w:r>
            <w:r w:rsidRPr="00B92D53">
              <w:rPr>
                <w:rFonts w:ascii="HGPｺﾞｼｯｸM" w:eastAsia="HGPｺﾞｼｯｸM" w:hAnsi="BIZ UDP明朝 Medium" w:hint="eastAsia"/>
                <w:sz w:val="20"/>
                <w:szCs w:val="20"/>
                <w:fitText w:val="800" w:id="-393522429"/>
              </w:rPr>
              <w:t>期</w:t>
            </w:r>
          </w:p>
        </w:tc>
        <w:tc>
          <w:tcPr>
            <w:tcW w:w="2437" w:type="dxa"/>
            <w:vAlign w:val="center"/>
          </w:tcPr>
          <w:p w14:paraId="035D11D3" w14:textId="712733A0"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24816F3F" w14:textId="5B120482"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25"/>
              </w:rPr>
              <w:t>第</w:t>
            </w:r>
            <w:r w:rsidRPr="00B92D53">
              <w:rPr>
                <w:rFonts w:ascii="HGPｺﾞｼｯｸM" w:eastAsia="HGPｺﾞｼｯｸM" w:hAnsi="BIZ UDP明朝 Medium" w:hint="eastAsia"/>
                <w:sz w:val="20"/>
                <w:szCs w:val="20"/>
                <w:fitText w:val="800" w:id="-393522425"/>
              </w:rPr>
              <w:t>期</w:t>
            </w:r>
          </w:p>
        </w:tc>
        <w:tc>
          <w:tcPr>
            <w:tcW w:w="2437" w:type="dxa"/>
            <w:vAlign w:val="center"/>
          </w:tcPr>
          <w:p w14:paraId="14958215" w14:textId="07F474AB"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r>
      <w:tr w:rsidR="00CD29EA" w:rsidRPr="00B92D53" w14:paraId="5AFAAB13" w14:textId="77777777" w:rsidTr="001B6FB0">
        <w:trPr>
          <w:trHeight w:hRule="exact" w:val="300"/>
        </w:trPr>
        <w:tc>
          <w:tcPr>
            <w:tcW w:w="1247" w:type="dxa"/>
            <w:vAlign w:val="center"/>
          </w:tcPr>
          <w:p w14:paraId="51071442" w14:textId="4CADBB0C"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32"/>
              </w:rPr>
              <w:t>第</w:t>
            </w:r>
            <w:r w:rsidRPr="00B92D53">
              <w:rPr>
                <w:rFonts w:ascii="HGPｺﾞｼｯｸM" w:eastAsia="HGPｺﾞｼｯｸM" w:hAnsi="BIZ UDP明朝 Medium" w:hint="eastAsia"/>
                <w:sz w:val="20"/>
                <w:szCs w:val="20"/>
                <w:fitText w:val="800" w:id="-393522432"/>
              </w:rPr>
              <w:t>期</w:t>
            </w:r>
          </w:p>
        </w:tc>
        <w:tc>
          <w:tcPr>
            <w:tcW w:w="2437" w:type="dxa"/>
            <w:vAlign w:val="center"/>
          </w:tcPr>
          <w:p w14:paraId="17A1056A" w14:textId="482C7B31"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17597A65" w14:textId="65F59370"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28"/>
              </w:rPr>
              <w:t>第</w:t>
            </w:r>
            <w:r w:rsidRPr="00B92D53">
              <w:rPr>
                <w:rFonts w:ascii="HGPｺﾞｼｯｸM" w:eastAsia="HGPｺﾞｼｯｸM" w:hAnsi="BIZ UDP明朝 Medium" w:hint="eastAsia"/>
                <w:sz w:val="20"/>
                <w:szCs w:val="20"/>
                <w:fitText w:val="800" w:id="-393522428"/>
              </w:rPr>
              <w:t>期</w:t>
            </w:r>
          </w:p>
        </w:tc>
        <w:tc>
          <w:tcPr>
            <w:tcW w:w="2437" w:type="dxa"/>
            <w:vAlign w:val="center"/>
          </w:tcPr>
          <w:p w14:paraId="5EB921B9" w14:textId="6D7EF40B"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7F4F9669" w14:textId="6C2498F6" w:rsidR="00CD29EA" w:rsidRPr="00B92D53" w:rsidRDefault="00E70B77"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spacing w:val="60"/>
                <w:sz w:val="20"/>
                <w:szCs w:val="20"/>
                <w:fitText w:val="800" w:id="-393522424"/>
              </w:rPr>
              <w:t>第</w:t>
            </w:r>
            <w:r w:rsidR="00197992" w:rsidRPr="00DE52DA">
              <w:rPr>
                <w:rFonts w:ascii="HGPｺﾞｼｯｸM" w:eastAsia="HGPｺﾞｼｯｸM" w:hAnsi="BIZ UDP明朝 Medium" w:hint="eastAsia"/>
                <w:spacing w:val="60"/>
                <w:sz w:val="20"/>
                <w:szCs w:val="20"/>
                <w:fitText w:val="800" w:id="-393522424"/>
                <w:lang w:eastAsia="ja-JP"/>
              </w:rPr>
              <w:t xml:space="preserve">　 </w:t>
            </w:r>
            <w:r w:rsidRPr="00DE52DA">
              <w:rPr>
                <w:rFonts w:ascii="HGPｺﾞｼｯｸM" w:eastAsia="HGPｺﾞｼｯｸM" w:hAnsi="BIZ UDP明朝 Medium" w:hint="eastAsia"/>
                <w:spacing w:val="30"/>
                <w:sz w:val="20"/>
                <w:szCs w:val="20"/>
                <w:fitText w:val="800" w:id="-393522424"/>
              </w:rPr>
              <w:t>期</w:t>
            </w:r>
          </w:p>
        </w:tc>
        <w:tc>
          <w:tcPr>
            <w:tcW w:w="2437" w:type="dxa"/>
            <w:vAlign w:val="center"/>
          </w:tcPr>
          <w:p w14:paraId="2B4A430A" w14:textId="3A6543C1"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r>
      <w:tr w:rsidR="00CD29EA" w:rsidRPr="00B92D53" w14:paraId="2E0D5BF2" w14:textId="77777777" w:rsidTr="001B6FB0">
        <w:trPr>
          <w:trHeight w:hRule="exact" w:val="300"/>
        </w:trPr>
        <w:tc>
          <w:tcPr>
            <w:tcW w:w="1247" w:type="dxa"/>
            <w:vAlign w:val="center"/>
          </w:tcPr>
          <w:p w14:paraId="5D81ECF0" w14:textId="3FED8B88"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31"/>
              </w:rPr>
              <w:t>第</w:t>
            </w:r>
            <w:r w:rsidRPr="00B92D53">
              <w:rPr>
                <w:rFonts w:ascii="HGPｺﾞｼｯｸM" w:eastAsia="HGPｺﾞｼｯｸM" w:hAnsi="BIZ UDP明朝 Medium" w:hint="eastAsia"/>
                <w:sz w:val="20"/>
                <w:szCs w:val="20"/>
                <w:fitText w:val="800" w:id="-393522431"/>
              </w:rPr>
              <w:t>期</w:t>
            </w:r>
          </w:p>
        </w:tc>
        <w:tc>
          <w:tcPr>
            <w:tcW w:w="2437" w:type="dxa"/>
            <w:vAlign w:val="center"/>
          </w:tcPr>
          <w:p w14:paraId="5C6BA8C0" w14:textId="59E52365"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2935A75E" w14:textId="19261BBD"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spacing w:val="400"/>
                <w:sz w:val="20"/>
                <w:szCs w:val="20"/>
                <w:fitText w:val="800" w:id="-393522427"/>
              </w:rPr>
              <w:t>第</w:t>
            </w:r>
            <w:r w:rsidRPr="00B92D53">
              <w:rPr>
                <w:rFonts w:ascii="HGPｺﾞｼｯｸM" w:eastAsia="HGPｺﾞｼｯｸM" w:hAnsi="BIZ UDP明朝 Medium" w:hint="eastAsia"/>
                <w:sz w:val="20"/>
                <w:szCs w:val="20"/>
                <w:fitText w:val="800" w:id="-393522427"/>
              </w:rPr>
              <w:t>期</w:t>
            </w:r>
          </w:p>
        </w:tc>
        <w:tc>
          <w:tcPr>
            <w:tcW w:w="2437" w:type="dxa"/>
            <w:vAlign w:val="center"/>
          </w:tcPr>
          <w:p w14:paraId="0A627DEB" w14:textId="468BC331"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c>
          <w:tcPr>
            <w:tcW w:w="1247" w:type="dxa"/>
            <w:vAlign w:val="center"/>
          </w:tcPr>
          <w:p w14:paraId="7F855FC2" w14:textId="36F31FF1" w:rsidR="00CD29EA" w:rsidRPr="00B92D53" w:rsidRDefault="00E70B77" w:rsidP="001B6FB0">
            <w:pPr>
              <w:jc w:val="center"/>
              <w:rPr>
                <w:rFonts w:ascii="HGPｺﾞｼｯｸM" w:eastAsia="HGPｺﾞｼｯｸM" w:hAnsi="BIZ UDP明朝 Medium"/>
                <w:sz w:val="20"/>
                <w:szCs w:val="20"/>
              </w:rPr>
            </w:pPr>
            <w:r w:rsidRPr="00DE52DA">
              <w:rPr>
                <w:rFonts w:ascii="HGPｺﾞｼｯｸM" w:eastAsia="HGPｺﾞｼｯｸM" w:hAnsi="BIZ UDP明朝 Medium" w:hint="eastAsia"/>
                <w:spacing w:val="60"/>
                <w:sz w:val="20"/>
                <w:szCs w:val="20"/>
                <w:fitText w:val="800" w:id="-393522423"/>
              </w:rPr>
              <w:t>第</w:t>
            </w:r>
            <w:r w:rsidR="00197992" w:rsidRPr="00DE52DA">
              <w:rPr>
                <w:rFonts w:ascii="HGPｺﾞｼｯｸM" w:eastAsia="HGPｺﾞｼｯｸM" w:hAnsi="BIZ UDP明朝 Medium" w:hint="eastAsia"/>
                <w:spacing w:val="60"/>
                <w:sz w:val="20"/>
                <w:szCs w:val="20"/>
                <w:fitText w:val="800" w:id="-393522423"/>
                <w:lang w:eastAsia="ja-JP"/>
              </w:rPr>
              <w:t xml:space="preserve">　 </w:t>
            </w:r>
            <w:r w:rsidRPr="00DE52DA">
              <w:rPr>
                <w:rFonts w:ascii="HGPｺﾞｼｯｸM" w:eastAsia="HGPｺﾞｼｯｸM" w:hAnsi="BIZ UDP明朝 Medium" w:hint="eastAsia"/>
                <w:spacing w:val="30"/>
                <w:sz w:val="20"/>
                <w:szCs w:val="20"/>
                <w:fitText w:val="800" w:id="-393522423"/>
              </w:rPr>
              <w:t>期</w:t>
            </w:r>
          </w:p>
        </w:tc>
        <w:tc>
          <w:tcPr>
            <w:tcW w:w="2437" w:type="dxa"/>
            <w:vAlign w:val="center"/>
          </w:tcPr>
          <w:p w14:paraId="3AB788F1" w14:textId="7ACBFF0C"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r>
      <w:tr w:rsidR="00CD29EA" w:rsidRPr="00B92D53" w14:paraId="66ABCF39" w14:textId="77777777" w:rsidTr="00F835BA">
        <w:trPr>
          <w:trHeight w:hRule="exact" w:val="317"/>
        </w:trPr>
        <w:tc>
          <w:tcPr>
            <w:tcW w:w="8615" w:type="dxa"/>
            <w:gridSpan w:val="5"/>
            <w:shd w:val="clear" w:color="auto" w:fill="D9D9D9" w:themeFill="background1" w:themeFillShade="D9"/>
            <w:vAlign w:val="center"/>
          </w:tcPr>
          <w:p w14:paraId="518D16F3" w14:textId="77777777" w:rsidR="00CD29EA" w:rsidRPr="00B92D53" w:rsidRDefault="00E70B77" w:rsidP="001B6FB0">
            <w:pPr>
              <w:jc w:val="center"/>
              <w:rPr>
                <w:rFonts w:ascii="HGPｺﾞｼｯｸM" w:eastAsia="HGPｺﾞｼｯｸM" w:hAnsi="BIZ UDP明朝 Medium"/>
                <w:sz w:val="20"/>
                <w:szCs w:val="20"/>
              </w:rPr>
            </w:pPr>
            <w:r w:rsidRPr="00B92D53">
              <w:rPr>
                <w:rFonts w:ascii="HGPｺﾞｼｯｸM" w:eastAsia="HGPｺﾞｼｯｸM" w:hAnsi="BIZ UDP明朝 Medium" w:hint="eastAsia"/>
                <w:b/>
                <w:sz w:val="20"/>
                <w:szCs w:val="20"/>
              </w:rPr>
              <w:t>合計保険料</w:t>
            </w:r>
          </w:p>
        </w:tc>
        <w:tc>
          <w:tcPr>
            <w:tcW w:w="2437" w:type="dxa"/>
            <w:vAlign w:val="center"/>
          </w:tcPr>
          <w:p w14:paraId="2CB63F6C" w14:textId="7F045DCD" w:rsidR="00CD29EA" w:rsidRPr="00B92D53" w:rsidRDefault="00E70B77" w:rsidP="001B6FB0">
            <w:pPr>
              <w:jc w:val="right"/>
              <w:rPr>
                <w:rFonts w:ascii="HGPｺﾞｼｯｸM" w:eastAsia="HGPｺﾞｼｯｸM" w:hAnsi="BIZ UDP明朝 Medium"/>
                <w:sz w:val="20"/>
                <w:szCs w:val="20"/>
              </w:rPr>
            </w:pPr>
            <w:r w:rsidRPr="00B92D53">
              <w:rPr>
                <w:rFonts w:ascii="HGPｺﾞｼｯｸM" w:eastAsia="HGPｺﾞｼｯｸM" w:hAnsi="BIZ UDP明朝 Medium" w:hint="eastAsia"/>
                <w:sz w:val="20"/>
                <w:szCs w:val="20"/>
              </w:rPr>
              <w:t>円</w:t>
            </w:r>
          </w:p>
        </w:tc>
      </w:tr>
    </w:tbl>
    <w:p w14:paraId="1202D79E" w14:textId="2F625F03" w:rsidR="00CD29EA" w:rsidRPr="00B92D53" w:rsidRDefault="00885435" w:rsidP="00970133">
      <w:pPr>
        <w:spacing w:before="120" w:after="20" w:line="240" w:lineRule="auto"/>
        <w:rPr>
          <w:rFonts w:ascii="HGPｺﾞｼｯｸM" w:eastAsia="HGPｺﾞｼｯｸM" w:hAnsi="BIZ UDP明朝 Medium"/>
          <w:sz w:val="20"/>
          <w:szCs w:val="20"/>
          <w:lang w:eastAsia="ja-JP"/>
        </w:rPr>
      </w:pPr>
      <w:r w:rsidRPr="00B92D53">
        <w:rPr>
          <w:rFonts w:ascii="HGPｺﾞｼｯｸM" w:eastAsia="HGPｺﾞｼｯｸM" w:hAnsi="BIZ UDP明朝 Medium" w:hint="eastAsia"/>
          <w:b/>
          <w:sz w:val="20"/>
          <w:szCs w:val="20"/>
          <w:lang w:eastAsia="ja-JP"/>
        </w:rPr>
        <w:t>４　当てはまる減免要件</w:t>
      </w:r>
      <w:r w:rsidR="00A862B2" w:rsidRPr="00B92D53">
        <w:rPr>
          <w:rFonts w:ascii="HGPｺﾞｼｯｸM" w:eastAsia="HGPｺﾞｼｯｸM" w:hAnsi="BIZ UDP明朝 Medium" w:hint="eastAsia"/>
          <w:b/>
          <w:sz w:val="20"/>
          <w:szCs w:val="20"/>
          <w:lang w:eastAsia="ja-JP"/>
        </w:rPr>
        <w:t>□</w:t>
      </w:r>
      <w:r w:rsidRPr="00B92D53">
        <w:rPr>
          <w:rFonts w:ascii="HGPｺﾞｼｯｸM" w:eastAsia="HGPｺﾞｼｯｸM" w:hAnsi="BIZ UDP明朝 Medium" w:hint="eastAsia"/>
          <w:b/>
          <w:sz w:val="20"/>
          <w:szCs w:val="20"/>
          <w:lang w:eastAsia="ja-JP"/>
        </w:rPr>
        <w:t>にチェックしてください</w:t>
      </w:r>
    </w:p>
    <w:tbl>
      <w:tblPr>
        <w:tblStyle w:val="afe"/>
        <w:tblW w:w="11053" w:type="dxa"/>
        <w:tblLayout w:type="fixed"/>
        <w:tblLook w:val="04A0" w:firstRow="1" w:lastRow="0" w:firstColumn="1" w:lastColumn="0" w:noHBand="0" w:noVBand="1"/>
      </w:tblPr>
      <w:tblGrid>
        <w:gridCol w:w="675"/>
        <w:gridCol w:w="5561"/>
        <w:gridCol w:w="2268"/>
        <w:gridCol w:w="2549"/>
      </w:tblGrid>
      <w:tr w:rsidR="00CD29EA" w:rsidRPr="00B92D53" w14:paraId="7CED23A1" w14:textId="77777777" w:rsidTr="00840F7A">
        <w:trPr>
          <w:trHeight w:hRule="exact" w:val="333"/>
        </w:trPr>
        <w:tc>
          <w:tcPr>
            <w:tcW w:w="675" w:type="dxa"/>
            <w:shd w:val="clear" w:color="auto" w:fill="D9D9D9" w:themeFill="background1" w:themeFillShade="D9"/>
            <w:vAlign w:val="center"/>
          </w:tcPr>
          <w:p w14:paraId="12168AB7" w14:textId="77777777" w:rsidR="00CD29EA" w:rsidRPr="00B92D53" w:rsidRDefault="00E70B77" w:rsidP="00F835BA">
            <w:pPr>
              <w:jc w:val="center"/>
              <w:rPr>
                <w:rFonts w:ascii="HGPｺﾞｼｯｸM" w:eastAsia="HGPｺﾞｼｯｸM" w:hAnsi="BIZ UDP明朝 Medium"/>
                <w:b/>
                <w:sz w:val="20"/>
                <w:szCs w:val="20"/>
              </w:rPr>
            </w:pPr>
            <w:r w:rsidRPr="00B92D53">
              <w:rPr>
                <w:rFonts w:ascii="HGPｺﾞｼｯｸM" w:eastAsia="HGPｺﾞｼｯｸM" w:hAnsi="BIZ UDP明朝 Medium" w:hint="eastAsia"/>
                <w:b/>
                <w:sz w:val="20"/>
                <w:szCs w:val="20"/>
              </w:rPr>
              <w:t>該当</w:t>
            </w:r>
          </w:p>
        </w:tc>
        <w:tc>
          <w:tcPr>
            <w:tcW w:w="5561" w:type="dxa"/>
            <w:shd w:val="clear" w:color="auto" w:fill="D9D9D9" w:themeFill="background1" w:themeFillShade="D9"/>
            <w:vAlign w:val="center"/>
          </w:tcPr>
          <w:p w14:paraId="05D43872" w14:textId="77777777" w:rsidR="00CD29EA" w:rsidRPr="00B92D53" w:rsidRDefault="00E70B77" w:rsidP="00F835BA">
            <w:pPr>
              <w:jc w:val="center"/>
              <w:rPr>
                <w:rFonts w:ascii="HGPｺﾞｼｯｸM" w:eastAsia="HGPｺﾞｼｯｸM" w:hAnsi="BIZ UDP明朝 Medium"/>
                <w:b/>
                <w:sz w:val="20"/>
                <w:szCs w:val="20"/>
              </w:rPr>
            </w:pPr>
            <w:r w:rsidRPr="00B92D53">
              <w:rPr>
                <w:rFonts w:ascii="HGPｺﾞｼｯｸM" w:eastAsia="HGPｺﾞｼｯｸM" w:hAnsi="BIZ UDP明朝 Medium" w:hint="eastAsia"/>
                <w:b/>
                <w:sz w:val="20"/>
                <w:szCs w:val="20"/>
              </w:rPr>
              <w:t>減免要件</w:t>
            </w:r>
          </w:p>
        </w:tc>
        <w:tc>
          <w:tcPr>
            <w:tcW w:w="2268" w:type="dxa"/>
            <w:shd w:val="clear" w:color="auto" w:fill="D9D9D9" w:themeFill="background1" w:themeFillShade="D9"/>
            <w:vAlign w:val="center"/>
          </w:tcPr>
          <w:p w14:paraId="3986161A" w14:textId="77777777" w:rsidR="00CD29EA" w:rsidRPr="00B92D53" w:rsidRDefault="00E70B77" w:rsidP="00F835BA">
            <w:pPr>
              <w:jc w:val="center"/>
              <w:rPr>
                <w:rFonts w:ascii="HGPｺﾞｼｯｸM" w:eastAsia="HGPｺﾞｼｯｸM" w:hAnsi="BIZ UDP明朝 Medium"/>
                <w:b/>
                <w:sz w:val="20"/>
                <w:szCs w:val="20"/>
              </w:rPr>
            </w:pPr>
            <w:r w:rsidRPr="00B92D53">
              <w:rPr>
                <w:rFonts w:ascii="HGPｺﾞｼｯｸM" w:eastAsia="HGPｺﾞｼｯｸM" w:hAnsi="BIZ UDP明朝 Medium" w:hint="eastAsia"/>
                <w:b/>
                <w:sz w:val="20"/>
                <w:szCs w:val="20"/>
              </w:rPr>
              <w:t>減免内容</w:t>
            </w:r>
          </w:p>
        </w:tc>
        <w:tc>
          <w:tcPr>
            <w:tcW w:w="2549" w:type="dxa"/>
            <w:shd w:val="clear" w:color="auto" w:fill="D9D9D9" w:themeFill="background1" w:themeFillShade="D9"/>
            <w:vAlign w:val="center"/>
          </w:tcPr>
          <w:p w14:paraId="680AAF1F" w14:textId="3E7DCB73" w:rsidR="00CD29EA" w:rsidRPr="00B92D53" w:rsidRDefault="00E70B77" w:rsidP="00F835BA">
            <w:pPr>
              <w:jc w:val="center"/>
              <w:rPr>
                <w:rFonts w:ascii="HGPｺﾞｼｯｸM" w:eastAsia="HGPｺﾞｼｯｸM" w:hAnsi="BIZ UDP明朝 Medium"/>
                <w:b/>
                <w:sz w:val="20"/>
                <w:szCs w:val="20"/>
                <w:lang w:eastAsia="ja-JP"/>
              </w:rPr>
            </w:pPr>
            <w:r w:rsidRPr="00B92D53">
              <w:rPr>
                <w:rFonts w:ascii="HGPｺﾞｼｯｸM" w:eastAsia="HGPｺﾞｼｯｸM" w:hAnsi="BIZ UDP明朝 Medium" w:hint="eastAsia"/>
                <w:b/>
                <w:sz w:val="20"/>
                <w:szCs w:val="20"/>
                <w:lang w:eastAsia="ja-JP"/>
              </w:rPr>
              <w:t>主な添付書類</w:t>
            </w:r>
          </w:p>
        </w:tc>
      </w:tr>
      <w:tr w:rsidR="00CD29EA" w:rsidRPr="00B92D53" w14:paraId="3345F72F" w14:textId="77777777" w:rsidTr="00840F7A">
        <w:trPr>
          <w:trHeight w:hRule="exact" w:val="804"/>
        </w:trPr>
        <w:tc>
          <w:tcPr>
            <w:tcW w:w="675" w:type="dxa"/>
            <w:vAlign w:val="center"/>
          </w:tcPr>
          <w:p w14:paraId="307CE2DB" w14:textId="25A2132E" w:rsidR="003368F7" w:rsidRPr="00B92D53" w:rsidRDefault="00E70B77" w:rsidP="001B6FB0">
            <w:pPr>
              <w:jc w:val="both"/>
              <w:rPr>
                <w:rFonts w:ascii="HGPｺﾞｼｯｸM" w:eastAsia="HGPｺﾞｼｯｸM" w:hAnsi="BIZ UDP明朝 Medium"/>
                <w:bCs/>
                <w:sz w:val="21"/>
                <w:szCs w:val="21"/>
              </w:rPr>
            </w:pPr>
            <w:r w:rsidRPr="00B92D53">
              <w:rPr>
                <w:rFonts w:ascii="HGPｺﾞｼｯｸM" w:eastAsia="HGPｺﾞｼｯｸM" w:hAnsi="BIZ UDP明朝 Medium" w:hint="eastAsia"/>
                <w:bCs/>
                <w:sz w:val="21"/>
                <w:szCs w:val="21"/>
              </w:rPr>
              <w:t>□</w:t>
            </w:r>
            <w:r w:rsidR="00FE178A" w:rsidRPr="00B92D53">
              <w:rPr>
                <w:rFonts w:ascii="HGPｺﾞｼｯｸM" w:eastAsia="HGPｺﾞｼｯｸM" w:hAnsi="BIZ UDP明朝 Medium" w:hint="eastAsia"/>
                <w:bCs/>
                <w:sz w:val="21"/>
                <w:szCs w:val="21"/>
                <w:lang w:eastAsia="ja-JP"/>
              </w:rPr>
              <w:t xml:space="preserve">　</w:t>
            </w:r>
            <w:r w:rsidR="003368F7" w:rsidRPr="00B92D53">
              <w:rPr>
                <w:rFonts w:ascii="HGPｺﾞｼｯｸM" w:eastAsia="HGPｺﾞｼｯｸM" w:hAnsi="BIZ UDP明朝 Medium" w:hint="eastAsia"/>
                <w:b/>
                <w:sz w:val="21"/>
                <w:szCs w:val="21"/>
                <w:lang w:eastAsia="ja-JP"/>
              </w:rPr>
              <w:t>1</w:t>
            </w:r>
          </w:p>
        </w:tc>
        <w:tc>
          <w:tcPr>
            <w:tcW w:w="5561" w:type="dxa"/>
            <w:vAlign w:val="center"/>
          </w:tcPr>
          <w:p w14:paraId="04225277" w14:textId="77777777" w:rsidR="005A3C25"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世帯の主たる生計維持者が、</w:t>
            </w:r>
          </w:p>
          <w:p w14:paraId="4217BFB4" w14:textId="4D3BA47E"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地震による被害で「死亡」または「重篤な傷病」を負った。</w:t>
            </w:r>
          </w:p>
        </w:tc>
        <w:tc>
          <w:tcPr>
            <w:tcW w:w="2268" w:type="dxa"/>
            <w:vAlign w:val="center"/>
          </w:tcPr>
          <w:p w14:paraId="0599817F" w14:textId="77777777" w:rsidR="00FE178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同一世帯の被保険者</w:t>
            </w:r>
          </w:p>
          <w:p w14:paraId="2422358F" w14:textId="5C38DE17"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対象保険料</w:t>
            </w:r>
            <w:r w:rsidR="009F21B5" w:rsidRPr="00B92D53">
              <w:rPr>
                <w:rFonts w:ascii="HGPｺﾞｼｯｸM" w:eastAsia="HGPｺﾞｼｯｸM" w:hAnsi="BIZ UDP明朝 Medium" w:hint="eastAsia"/>
                <w:bCs/>
                <w:sz w:val="20"/>
                <w:szCs w:val="20"/>
                <w:lang w:eastAsia="ja-JP"/>
              </w:rPr>
              <w:t>額の</w:t>
            </w:r>
            <w:r w:rsidRPr="00B92D53">
              <w:rPr>
                <w:rFonts w:ascii="HGPｺﾞｼｯｸM" w:eastAsia="HGPｺﾞｼｯｸM" w:hAnsi="BIZ UDP明朝 Medium" w:hint="eastAsia"/>
                <w:b/>
                <w:sz w:val="20"/>
                <w:szCs w:val="20"/>
                <w:lang w:eastAsia="ja-JP"/>
              </w:rPr>
              <w:t>全部</w:t>
            </w:r>
          </w:p>
        </w:tc>
        <w:tc>
          <w:tcPr>
            <w:tcW w:w="2549" w:type="dxa"/>
            <w:vAlign w:val="center"/>
          </w:tcPr>
          <w:p w14:paraId="793D2195" w14:textId="26DA763E" w:rsidR="005A3C25" w:rsidRPr="00B92D53" w:rsidRDefault="007B40CF"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被災事実が分かるもの</w:t>
            </w:r>
          </w:p>
          <w:p w14:paraId="5BC8F930" w14:textId="77777777" w:rsidR="00FE178A" w:rsidRPr="00B92D53" w:rsidRDefault="007B40CF"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医師の診断書</w:t>
            </w:r>
            <w:r w:rsidR="00F77E2C" w:rsidRPr="00B92D53">
              <w:rPr>
                <w:rFonts w:ascii="HGPｺﾞｼｯｸM" w:eastAsia="HGPｺﾞｼｯｸM" w:hAnsi="BIZ UDP明朝 Medium" w:hint="eastAsia"/>
                <w:bCs/>
                <w:sz w:val="20"/>
                <w:szCs w:val="20"/>
                <w:lang w:eastAsia="ja-JP"/>
              </w:rPr>
              <w:t>の写し</w:t>
            </w:r>
          </w:p>
          <w:p w14:paraId="4F6D6845" w14:textId="1FE2D318" w:rsidR="00CD29EA" w:rsidRPr="00B92D53" w:rsidRDefault="003368F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18"/>
                <w:szCs w:val="18"/>
                <w:lang w:eastAsia="ja-JP"/>
              </w:rPr>
              <w:t>※死亡の場合は死亡診断書</w:t>
            </w:r>
          </w:p>
        </w:tc>
      </w:tr>
      <w:tr w:rsidR="00CD29EA" w:rsidRPr="00B92D53" w14:paraId="4C6DC0F0" w14:textId="77777777" w:rsidTr="00840F7A">
        <w:trPr>
          <w:trHeight w:hRule="exact" w:val="571"/>
        </w:trPr>
        <w:tc>
          <w:tcPr>
            <w:tcW w:w="675" w:type="dxa"/>
            <w:vAlign w:val="center"/>
          </w:tcPr>
          <w:p w14:paraId="1E2890EE" w14:textId="55C68448" w:rsidR="003368F7" w:rsidRPr="00B92D53" w:rsidRDefault="00E70B77" w:rsidP="001B6FB0">
            <w:pPr>
              <w:jc w:val="both"/>
              <w:rPr>
                <w:rFonts w:ascii="HGPｺﾞｼｯｸM" w:eastAsia="HGPｺﾞｼｯｸM" w:hAnsi="BIZ UDP明朝 Medium"/>
                <w:bCs/>
                <w:sz w:val="21"/>
                <w:szCs w:val="21"/>
              </w:rPr>
            </w:pPr>
            <w:r w:rsidRPr="00B92D53">
              <w:rPr>
                <w:rFonts w:ascii="HGPｺﾞｼｯｸM" w:eastAsia="HGPｺﾞｼｯｸM" w:hAnsi="BIZ UDP明朝 Medium" w:hint="eastAsia"/>
                <w:bCs/>
                <w:sz w:val="21"/>
                <w:szCs w:val="21"/>
              </w:rPr>
              <w:t>□</w:t>
            </w:r>
            <w:r w:rsidR="00FE178A" w:rsidRPr="00B92D53">
              <w:rPr>
                <w:rFonts w:ascii="HGPｺﾞｼｯｸM" w:eastAsia="HGPｺﾞｼｯｸM" w:hAnsi="BIZ UDP明朝 Medium" w:hint="eastAsia"/>
                <w:bCs/>
                <w:sz w:val="21"/>
                <w:szCs w:val="21"/>
                <w:lang w:eastAsia="ja-JP"/>
              </w:rPr>
              <w:t xml:space="preserve">　</w:t>
            </w:r>
            <w:r w:rsidR="003368F7" w:rsidRPr="00B92D53">
              <w:rPr>
                <w:rFonts w:ascii="HGPｺﾞｼｯｸM" w:eastAsia="HGPｺﾞｼｯｸM" w:hAnsi="BIZ UDP明朝 Medium" w:hint="eastAsia"/>
                <w:b/>
                <w:sz w:val="21"/>
                <w:szCs w:val="21"/>
                <w:lang w:eastAsia="ja-JP"/>
              </w:rPr>
              <w:t>2</w:t>
            </w:r>
          </w:p>
        </w:tc>
        <w:tc>
          <w:tcPr>
            <w:tcW w:w="5561" w:type="dxa"/>
            <w:vAlign w:val="center"/>
          </w:tcPr>
          <w:p w14:paraId="3F22AFFD" w14:textId="77777777" w:rsidR="005A3C25"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世帯の主たる生計維持者が、</w:t>
            </w:r>
          </w:p>
          <w:p w14:paraId="154CBF8C" w14:textId="33C246CB"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地震による被害で「行方不明」となった。</w:t>
            </w:r>
          </w:p>
        </w:tc>
        <w:tc>
          <w:tcPr>
            <w:tcW w:w="2268" w:type="dxa"/>
            <w:vAlign w:val="center"/>
          </w:tcPr>
          <w:p w14:paraId="0F84545C" w14:textId="77777777" w:rsidR="00FE178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同一世帯の被保険者</w:t>
            </w:r>
          </w:p>
          <w:p w14:paraId="3C5D2378" w14:textId="33E5EBEB"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対象保険料</w:t>
            </w:r>
            <w:r w:rsidR="009F21B5" w:rsidRPr="00B92D53">
              <w:rPr>
                <w:rFonts w:ascii="HGPｺﾞｼｯｸM" w:eastAsia="HGPｺﾞｼｯｸM" w:hAnsi="BIZ UDP明朝 Medium" w:hint="eastAsia"/>
                <w:bCs/>
                <w:sz w:val="20"/>
                <w:szCs w:val="20"/>
                <w:lang w:eastAsia="ja-JP"/>
              </w:rPr>
              <w:t>額の</w:t>
            </w:r>
            <w:r w:rsidRPr="00B92D53">
              <w:rPr>
                <w:rFonts w:ascii="HGPｺﾞｼｯｸM" w:eastAsia="HGPｺﾞｼｯｸM" w:hAnsi="BIZ UDP明朝 Medium" w:hint="eastAsia"/>
                <w:b/>
                <w:sz w:val="20"/>
                <w:szCs w:val="20"/>
                <w:lang w:eastAsia="ja-JP"/>
              </w:rPr>
              <w:t>全部</w:t>
            </w:r>
          </w:p>
        </w:tc>
        <w:tc>
          <w:tcPr>
            <w:tcW w:w="2549" w:type="dxa"/>
            <w:vAlign w:val="center"/>
          </w:tcPr>
          <w:p w14:paraId="5C26829E" w14:textId="0E656D41" w:rsidR="00CD29EA" w:rsidRPr="00B92D53" w:rsidRDefault="007B40CF"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被災事実が分かるもの</w:t>
            </w:r>
          </w:p>
        </w:tc>
      </w:tr>
      <w:tr w:rsidR="00CD29EA" w:rsidRPr="00B92D53" w14:paraId="59A81F73" w14:textId="77777777" w:rsidTr="00840F7A">
        <w:trPr>
          <w:trHeight w:hRule="exact" w:val="1830"/>
        </w:trPr>
        <w:tc>
          <w:tcPr>
            <w:tcW w:w="675" w:type="dxa"/>
            <w:tcBorders>
              <w:bottom w:val="single" w:sz="4" w:space="0" w:color="auto"/>
            </w:tcBorders>
            <w:vAlign w:val="center"/>
          </w:tcPr>
          <w:p w14:paraId="298F935A" w14:textId="3BCD9D51" w:rsidR="00CD29EA" w:rsidRPr="00B92D53" w:rsidRDefault="00E70B77" w:rsidP="001B6FB0">
            <w:pPr>
              <w:jc w:val="both"/>
              <w:rPr>
                <w:rFonts w:ascii="HGPｺﾞｼｯｸM" w:eastAsia="HGPｺﾞｼｯｸM" w:hAnsi="BIZ UDP明朝 Medium"/>
                <w:bCs/>
                <w:sz w:val="21"/>
                <w:szCs w:val="21"/>
              </w:rPr>
            </w:pPr>
            <w:r w:rsidRPr="00B92D53">
              <w:rPr>
                <w:rFonts w:ascii="HGPｺﾞｼｯｸM" w:eastAsia="HGPｺﾞｼｯｸM" w:hAnsi="BIZ UDP明朝 Medium" w:hint="eastAsia"/>
                <w:bCs/>
                <w:sz w:val="21"/>
                <w:szCs w:val="21"/>
              </w:rPr>
              <w:t>□</w:t>
            </w:r>
            <w:r w:rsidR="00FE178A" w:rsidRPr="00B92D53">
              <w:rPr>
                <w:rFonts w:ascii="HGPｺﾞｼｯｸM" w:eastAsia="HGPｺﾞｼｯｸM" w:hAnsi="BIZ UDP明朝 Medium" w:hint="eastAsia"/>
                <w:bCs/>
                <w:sz w:val="21"/>
                <w:szCs w:val="21"/>
                <w:lang w:eastAsia="ja-JP"/>
              </w:rPr>
              <w:t xml:space="preserve">　</w:t>
            </w:r>
            <w:r w:rsidR="003368F7" w:rsidRPr="00B92D53">
              <w:rPr>
                <w:rFonts w:ascii="HGPｺﾞｼｯｸM" w:eastAsia="HGPｺﾞｼｯｸM" w:hAnsi="BIZ UDP明朝 Medium" w:hint="eastAsia"/>
                <w:b/>
                <w:sz w:val="21"/>
                <w:szCs w:val="21"/>
                <w:lang w:eastAsia="ja-JP"/>
              </w:rPr>
              <w:t>3</w:t>
            </w:r>
          </w:p>
        </w:tc>
        <w:tc>
          <w:tcPr>
            <w:tcW w:w="5561" w:type="dxa"/>
            <w:tcBorders>
              <w:bottom w:val="single" w:sz="4" w:space="0" w:color="auto"/>
            </w:tcBorders>
            <w:vAlign w:val="center"/>
          </w:tcPr>
          <w:p w14:paraId="0414A736" w14:textId="77777777"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世帯の主たる生計維持者の事業収入・不動産収入・山林収入・給与収入の減少が見込まれ、次の３つをすべて満たす。</w:t>
            </w:r>
          </w:p>
          <w:p w14:paraId="275F68FB" w14:textId="28D6FC26" w:rsidR="00CD29EA" w:rsidRPr="00B92D53" w:rsidRDefault="00E70B77" w:rsidP="001B6FB0">
            <w:pPr>
              <w:spacing w:before="10"/>
              <w:ind w:left="278" w:hangingChars="150" w:hanging="278"/>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① 令和８年の減少見込額（保険金・損害賠償等の補填額を控除）が、令和７年の同じ収入額の３割以上</w:t>
            </w:r>
          </w:p>
          <w:p w14:paraId="124B3F07" w14:textId="77777777"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② 令和７年の合計所得金額が1,000万円以下</w:t>
            </w:r>
          </w:p>
          <w:p w14:paraId="7FC52EA7" w14:textId="77777777" w:rsidR="005A3C25"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③ 減少見込みの収入に係る所得以外の令和７年所得の合計が</w:t>
            </w:r>
          </w:p>
          <w:p w14:paraId="63EA7695" w14:textId="1085C6AD" w:rsidR="00CD29EA" w:rsidRPr="00B92D53" w:rsidRDefault="00E70B77" w:rsidP="001B6FB0">
            <w:pPr>
              <w:ind w:firstLineChars="150" w:firstLine="278"/>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400万円以下</w:t>
            </w:r>
          </w:p>
        </w:tc>
        <w:tc>
          <w:tcPr>
            <w:tcW w:w="2268" w:type="dxa"/>
            <w:tcBorders>
              <w:bottom w:val="single" w:sz="4" w:space="0" w:color="auto"/>
            </w:tcBorders>
            <w:vAlign w:val="center"/>
          </w:tcPr>
          <w:p w14:paraId="71281BCC" w14:textId="77777777" w:rsidR="00FE178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前年所得等に応じ</w:t>
            </w:r>
          </w:p>
          <w:p w14:paraId="7475F85D" w14:textId="77777777" w:rsidR="009F21B5" w:rsidRPr="00B92D53" w:rsidRDefault="009F21B5" w:rsidP="001B6FB0">
            <w:pPr>
              <w:jc w:val="both"/>
              <w:rPr>
                <w:rFonts w:ascii="HGPｺﾞｼｯｸM" w:eastAsia="HGPｺﾞｼｯｸM" w:hAnsi="BIZ UDP明朝 Medium"/>
                <w:b/>
                <w:sz w:val="20"/>
                <w:szCs w:val="20"/>
                <w:lang w:eastAsia="ja-JP"/>
              </w:rPr>
            </w:pPr>
            <w:r w:rsidRPr="00B92D53">
              <w:rPr>
                <w:rFonts w:ascii="HGPｺﾞｼｯｸM" w:eastAsia="HGPｺﾞｼｯｸM" w:hAnsi="BIZ UDP明朝 Medium" w:hint="eastAsia"/>
                <w:b/>
                <w:sz w:val="20"/>
                <w:szCs w:val="20"/>
                <w:lang w:eastAsia="ja-JP"/>
              </w:rPr>
              <w:t>対象保険料額の</w:t>
            </w:r>
          </w:p>
          <w:p w14:paraId="08EE65E3" w14:textId="0957481B" w:rsidR="00CD29EA" w:rsidRPr="00B92D53" w:rsidRDefault="00E70B77" w:rsidP="001B6FB0">
            <w:pPr>
              <w:jc w:val="both"/>
              <w:rPr>
                <w:rFonts w:ascii="HGPｺﾞｼｯｸM" w:eastAsia="HGPｺﾞｼｯｸM" w:hAnsi="BIZ UDP明朝 Medium"/>
                <w:b/>
                <w:sz w:val="20"/>
                <w:szCs w:val="20"/>
                <w:lang w:eastAsia="ja-JP"/>
              </w:rPr>
            </w:pPr>
            <w:r w:rsidRPr="00B92D53">
              <w:rPr>
                <w:rFonts w:ascii="HGPｺﾞｼｯｸM" w:eastAsia="HGPｺﾞｼｯｸM" w:hAnsi="BIZ UDP明朝 Medium" w:hint="eastAsia"/>
                <w:b/>
                <w:sz w:val="20"/>
                <w:szCs w:val="20"/>
                <w:lang w:eastAsia="ja-JP"/>
              </w:rPr>
              <w:t>全部～10分の2</w:t>
            </w:r>
            <w:r w:rsidR="009F21B5" w:rsidRPr="00B92D53">
              <w:rPr>
                <w:rFonts w:ascii="HGPｺﾞｼｯｸM" w:eastAsia="HGPｺﾞｼｯｸM" w:hAnsi="BIZ UDP明朝 Medium" w:hint="eastAsia"/>
                <w:b/>
                <w:sz w:val="20"/>
                <w:szCs w:val="20"/>
                <w:lang w:eastAsia="ja-JP"/>
              </w:rPr>
              <w:t xml:space="preserve"> </w:t>
            </w:r>
          </w:p>
          <w:p w14:paraId="34D426CB" w14:textId="47BF49FA" w:rsidR="001B6FB0" w:rsidRPr="00B92D53" w:rsidRDefault="001B6FB0" w:rsidP="001B6FB0">
            <w:pPr>
              <w:jc w:val="both"/>
              <w:rPr>
                <w:rFonts w:ascii="HGPｺﾞｼｯｸM" w:eastAsia="HGPｺﾞｼｯｸM" w:hAnsi="BIZ UDP明朝 Medium"/>
                <w:bCs/>
                <w:sz w:val="18"/>
                <w:szCs w:val="18"/>
                <w:lang w:eastAsia="ja-JP"/>
              </w:rPr>
            </w:pPr>
            <w:r w:rsidRPr="00B92D53">
              <w:rPr>
                <w:rFonts w:ascii="HGPｺﾞｼｯｸM" w:eastAsia="HGPｺﾞｼｯｸM" w:hAnsi="BIZ UDP明朝 Medium" w:hint="eastAsia"/>
                <w:bCs/>
                <w:sz w:val="18"/>
                <w:szCs w:val="18"/>
                <w:lang w:eastAsia="ja-JP"/>
              </w:rPr>
              <w:t>※事業等の廃止・失業の場合は、令和７年の合計所得金額にかかわらず対象保険料額を全部免除</w:t>
            </w:r>
          </w:p>
        </w:tc>
        <w:tc>
          <w:tcPr>
            <w:tcW w:w="2549" w:type="dxa"/>
            <w:tcBorders>
              <w:bottom w:val="single" w:sz="4" w:space="0" w:color="auto"/>
            </w:tcBorders>
            <w:vAlign w:val="center"/>
          </w:tcPr>
          <w:p w14:paraId="3EC38FC2" w14:textId="3716044C" w:rsidR="005A3C25" w:rsidRPr="00B92D53" w:rsidRDefault="007B40CF"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00F77E2C" w:rsidRPr="00B92D53">
              <w:rPr>
                <w:rFonts w:ascii="HGPｺﾞｼｯｸM" w:eastAsia="HGPｺﾞｼｯｸM" w:hAnsi="BIZ UDP明朝 Medium" w:hint="eastAsia"/>
                <w:bCs/>
                <w:sz w:val="20"/>
                <w:szCs w:val="20"/>
                <w:lang w:eastAsia="ja-JP"/>
              </w:rPr>
              <w:t>被災事実が分かるもの</w:t>
            </w:r>
          </w:p>
          <w:p w14:paraId="43EA4D7D" w14:textId="12DD372C" w:rsidR="005A3C25" w:rsidRPr="00B92D53" w:rsidRDefault="007B40CF"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収入減少が分かるもの</w:t>
            </w:r>
          </w:p>
          <w:p w14:paraId="07DA2C28" w14:textId="77777777" w:rsidR="00FE178A" w:rsidRPr="00B92D53" w:rsidRDefault="00F77E2C" w:rsidP="00FE178A">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補填額が分かるもの</w:t>
            </w:r>
          </w:p>
          <w:p w14:paraId="720E1459" w14:textId="204811A8" w:rsidR="005A3C25" w:rsidRPr="00B92D53" w:rsidRDefault="00E70B77" w:rsidP="00FE178A">
            <w:pPr>
              <w:ind w:firstLineChars="100" w:firstLine="185"/>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（補填なしは申立書）</w:t>
            </w:r>
          </w:p>
          <w:p w14:paraId="3B3479E8" w14:textId="514DBB52" w:rsidR="005A3C25" w:rsidRPr="00B92D53" w:rsidRDefault="00F77E2C"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令和７年所得</w:t>
            </w:r>
          </w:p>
          <w:p w14:paraId="49E10C77" w14:textId="4960C2CB" w:rsidR="00CD29EA" w:rsidRPr="00B92D53" w:rsidRDefault="00F77E2C"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令和８年収入見込み</w:t>
            </w:r>
          </w:p>
        </w:tc>
      </w:tr>
      <w:tr w:rsidR="00CD29EA" w:rsidRPr="00B92D53" w14:paraId="3BCB5EF8" w14:textId="77777777" w:rsidTr="00840F7A">
        <w:trPr>
          <w:trHeight w:hRule="exact" w:val="1109"/>
        </w:trPr>
        <w:tc>
          <w:tcPr>
            <w:tcW w:w="675" w:type="dxa"/>
            <w:tcBorders>
              <w:top w:val="single" w:sz="4" w:space="0" w:color="auto"/>
              <w:left w:val="single" w:sz="4" w:space="0" w:color="auto"/>
              <w:bottom w:val="single" w:sz="4" w:space="0" w:color="auto"/>
            </w:tcBorders>
            <w:shd w:val="clear" w:color="auto" w:fill="FFFFFF" w:themeFill="background1"/>
            <w:vAlign w:val="center"/>
          </w:tcPr>
          <w:p w14:paraId="21CB6009" w14:textId="5A18FA20" w:rsidR="00CD29EA" w:rsidRPr="00B92D53" w:rsidRDefault="00E70B77" w:rsidP="001B6FB0">
            <w:pPr>
              <w:jc w:val="both"/>
              <w:rPr>
                <w:rFonts w:ascii="HGPｺﾞｼｯｸM" w:eastAsia="HGPｺﾞｼｯｸM" w:hAnsi="BIZ UDP明朝 Medium"/>
                <w:bCs/>
                <w:sz w:val="21"/>
                <w:szCs w:val="21"/>
              </w:rPr>
            </w:pPr>
            <w:r w:rsidRPr="00B92D53">
              <w:rPr>
                <w:rFonts w:ascii="HGPｺﾞｼｯｸM" w:eastAsia="HGPｺﾞｼｯｸM" w:hAnsi="BIZ UDP明朝 Medium" w:hint="eastAsia"/>
                <w:bCs/>
                <w:sz w:val="21"/>
                <w:szCs w:val="21"/>
              </w:rPr>
              <w:t>□</w:t>
            </w:r>
            <w:r w:rsidR="00FE178A" w:rsidRPr="00B92D53">
              <w:rPr>
                <w:rFonts w:ascii="HGPｺﾞｼｯｸM" w:eastAsia="HGPｺﾞｼｯｸM" w:hAnsi="BIZ UDP明朝 Medium" w:hint="eastAsia"/>
                <w:bCs/>
                <w:sz w:val="21"/>
                <w:szCs w:val="21"/>
                <w:lang w:eastAsia="ja-JP"/>
              </w:rPr>
              <w:t xml:space="preserve">　</w:t>
            </w:r>
            <w:r w:rsidR="003368F7" w:rsidRPr="00B92D53">
              <w:rPr>
                <w:rFonts w:ascii="HGPｺﾞｼｯｸM" w:eastAsia="HGPｺﾞｼｯｸM" w:hAnsi="BIZ UDP明朝 Medium" w:hint="eastAsia"/>
                <w:b/>
                <w:sz w:val="21"/>
                <w:szCs w:val="21"/>
                <w:lang w:eastAsia="ja-JP"/>
              </w:rPr>
              <w:t>4</w:t>
            </w:r>
          </w:p>
        </w:tc>
        <w:tc>
          <w:tcPr>
            <w:tcW w:w="5561" w:type="dxa"/>
            <w:tcBorders>
              <w:top w:val="single" w:sz="4" w:space="0" w:color="auto"/>
              <w:bottom w:val="single" w:sz="4" w:space="0" w:color="auto"/>
            </w:tcBorders>
            <w:shd w:val="clear" w:color="auto" w:fill="FFFFFF" w:themeFill="background1"/>
            <w:vAlign w:val="center"/>
          </w:tcPr>
          <w:p w14:paraId="12300A45" w14:textId="77777777"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世帯の主たる生計維持者が「居住する住宅」に損害を受けた。</w:t>
            </w:r>
          </w:p>
          <w:p w14:paraId="5784A4EC" w14:textId="0E8D68C2" w:rsidR="00F835BA" w:rsidRPr="00B92D53" w:rsidRDefault="00E70B77" w:rsidP="001B6FB0">
            <w:pPr>
              <w:spacing w:before="12"/>
              <w:jc w:val="both"/>
              <w:rPr>
                <w:rFonts w:ascii="HGPｺﾞｼｯｸM" w:eastAsia="HGPｺﾞｼｯｸM" w:hAnsi="BIZ UDP明朝 Medium"/>
                <w:bCs/>
                <w:sz w:val="21"/>
                <w:szCs w:val="21"/>
                <w:lang w:eastAsia="ja-JP"/>
              </w:rPr>
            </w:pPr>
            <w:r w:rsidRPr="00B92D53">
              <w:rPr>
                <w:rFonts w:ascii="HGPｺﾞｼｯｸM" w:eastAsia="HGPｺﾞｼｯｸM" w:hAnsi="BIZ UDP明朝 Medium" w:hint="eastAsia"/>
                <w:bCs/>
                <w:sz w:val="21"/>
                <w:szCs w:val="21"/>
                <w:lang w:eastAsia="ja-JP"/>
              </w:rPr>
              <w:t>□ 全壊</w:t>
            </w:r>
            <w:r w:rsidR="005A3C25" w:rsidRPr="00B92D53">
              <w:rPr>
                <w:rFonts w:ascii="HGPｺﾞｼｯｸM" w:eastAsia="HGPｺﾞｼｯｸM" w:hAnsi="BIZ UDP明朝 Medium" w:hint="eastAsia"/>
                <w:bCs/>
                <w:sz w:val="21"/>
                <w:szCs w:val="21"/>
                <w:lang w:eastAsia="ja-JP"/>
              </w:rPr>
              <w:t xml:space="preserve">　　</w:t>
            </w:r>
            <w:r w:rsidR="00F835BA" w:rsidRPr="00B92D53">
              <w:rPr>
                <w:rFonts w:ascii="HGPｺﾞｼｯｸM" w:eastAsia="HGPｺﾞｼｯｸM" w:hAnsi="BIZ UDP明朝 Medium" w:hint="eastAsia"/>
                <w:bCs/>
                <w:sz w:val="21"/>
                <w:szCs w:val="21"/>
                <w:lang w:eastAsia="ja-JP"/>
              </w:rPr>
              <w:t xml:space="preserve">  </w:t>
            </w:r>
            <w:r w:rsidRPr="00B92D53">
              <w:rPr>
                <w:rFonts w:ascii="HGPｺﾞｼｯｸM" w:eastAsia="HGPｺﾞｼｯｸM" w:hAnsi="BIZ UDP明朝 Medium" w:hint="eastAsia"/>
                <w:bCs/>
                <w:sz w:val="21"/>
                <w:szCs w:val="21"/>
                <w:lang w:eastAsia="ja-JP"/>
              </w:rPr>
              <w:t xml:space="preserve">　□ 半壊・大規模半壊</w:t>
            </w:r>
            <w:r w:rsidR="00F835BA" w:rsidRPr="00B92D53">
              <w:rPr>
                <w:rFonts w:ascii="HGPｺﾞｼｯｸM" w:eastAsia="HGPｺﾞｼｯｸM" w:hAnsi="BIZ UDP明朝 Medium" w:hint="eastAsia"/>
                <w:bCs/>
                <w:sz w:val="21"/>
                <w:szCs w:val="21"/>
                <w:lang w:eastAsia="ja-JP"/>
              </w:rPr>
              <w:t xml:space="preserve"> </w:t>
            </w:r>
            <w:r w:rsidR="00186D4B" w:rsidRPr="00B92D53">
              <w:rPr>
                <w:rFonts w:ascii="HGPｺﾞｼｯｸM" w:eastAsia="HGPｺﾞｼｯｸM" w:hAnsi="BIZ UDP明朝 Medium" w:hint="eastAsia"/>
                <w:bCs/>
                <w:sz w:val="21"/>
                <w:szCs w:val="21"/>
                <w:lang w:eastAsia="ja-JP"/>
              </w:rPr>
              <w:t xml:space="preserve">　□</w:t>
            </w:r>
            <w:r w:rsidR="00CF4FD8" w:rsidRPr="00B92D53">
              <w:rPr>
                <w:rFonts w:ascii="HGPｺﾞｼｯｸM" w:eastAsia="HGPｺﾞｼｯｸM" w:hAnsi="BIZ UDP明朝 Medium" w:hint="eastAsia"/>
                <w:bCs/>
                <w:sz w:val="21"/>
                <w:szCs w:val="21"/>
                <w:lang w:eastAsia="ja-JP"/>
              </w:rPr>
              <w:t>全壊</w:t>
            </w:r>
            <w:r w:rsidR="00186D4B" w:rsidRPr="00B92D53">
              <w:rPr>
                <w:rFonts w:ascii="HGPｺﾞｼｯｸM" w:eastAsia="HGPｺﾞｼｯｸM" w:hAnsi="BIZ UDP明朝 Medium" w:hint="eastAsia"/>
                <w:bCs/>
                <w:sz w:val="21"/>
                <w:szCs w:val="21"/>
                <w:lang w:eastAsia="ja-JP"/>
              </w:rPr>
              <w:t>（公費・自費</w:t>
            </w:r>
            <w:r w:rsidR="00CF4FD8" w:rsidRPr="00B92D53">
              <w:rPr>
                <w:rFonts w:ascii="HGPｺﾞｼｯｸM" w:eastAsia="HGPｺﾞｼｯｸM" w:hAnsi="BIZ UDP明朝 Medium" w:hint="eastAsia"/>
                <w:bCs/>
                <w:sz w:val="21"/>
                <w:szCs w:val="21"/>
                <w:lang w:eastAsia="ja-JP"/>
              </w:rPr>
              <w:t>）解体</w:t>
            </w:r>
          </w:p>
          <w:p w14:paraId="5806BA1A" w14:textId="40E620C9" w:rsidR="00CD29EA" w:rsidRPr="00B92D53" w:rsidRDefault="00E70B77" w:rsidP="001B6FB0">
            <w:pPr>
              <w:spacing w:before="12"/>
              <w:jc w:val="both"/>
              <w:rPr>
                <w:rFonts w:ascii="HGPｺﾞｼｯｸM" w:eastAsia="HGPｺﾞｼｯｸM" w:hAnsi="BIZ UDP明朝 Medium"/>
                <w:bCs/>
                <w:sz w:val="21"/>
                <w:szCs w:val="21"/>
                <w:lang w:eastAsia="ja-JP"/>
              </w:rPr>
            </w:pPr>
            <w:r w:rsidRPr="00B92D53">
              <w:rPr>
                <w:rFonts w:ascii="HGPｺﾞｼｯｸM" w:eastAsia="HGPｺﾞｼｯｸM" w:hAnsi="BIZ UDP明朝 Medium" w:hint="eastAsia"/>
                <w:bCs/>
                <w:sz w:val="21"/>
                <w:szCs w:val="21"/>
                <w:lang w:eastAsia="ja-JP"/>
              </w:rPr>
              <w:t>□ 床上浸水（</w:t>
            </w:r>
            <w:r w:rsidR="00EC5447" w:rsidRPr="00B92D53">
              <w:rPr>
                <w:rFonts w:ascii="HGPｺﾞｼｯｸM" w:eastAsia="HGPｺﾞｼｯｸM" w:hAnsi="BIZ UDP明朝 Medium" w:hint="eastAsia"/>
                <w:bCs/>
                <w:sz w:val="21"/>
                <w:szCs w:val="21"/>
                <w:lang w:eastAsia="ja-JP"/>
              </w:rPr>
              <w:t>上記</w:t>
            </w:r>
            <w:r w:rsidRPr="00B92D53">
              <w:rPr>
                <w:rFonts w:ascii="HGPｺﾞｼｯｸM" w:eastAsia="HGPｺﾞｼｯｸM" w:hAnsi="BIZ UDP明朝 Medium" w:hint="eastAsia"/>
                <w:bCs/>
                <w:sz w:val="21"/>
                <w:szCs w:val="21"/>
                <w:lang w:eastAsia="ja-JP"/>
              </w:rPr>
              <w:t>に該当しない場合）</w:t>
            </w:r>
          </w:p>
          <w:p w14:paraId="151E6AC3" w14:textId="77777777" w:rsidR="00CD29EA" w:rsidRPr="00B92D53" w:rsidRDefault="00E70B77" w:rsidP="001B6FB0">
            <w:pPr>
              <w:jc w:val="both"/>
              <w:rPr>
                <w:rFonts w:ascii="HGPｺﾞｼｯｸM" w:eastAsia="HGPｺﾞｼｯｸM" w:hAnsi="BIZ UDP明朝 Medium"/>
                <w:bCs/>
                <w:szCs w:val="16"/>
                <w:lang w:eastAsia="ja-JP"/>
              </w:rPr>
            </w:pPr>
            <w:r w:rsidRPr="00B92D53">
              <w:rPr>
                <w:rFonts w:ascii="HGPｺﾞｼｯｸM" w:eastAsia="HGPｺﾞｼｯｸM" w:hAnsi="BIZ UDP明朝 Medium" w:hint="eastAsia"/>
                <w:bCs/>
                <w:szCs w:val="16"/>
                <w:lang w:eastAsia="ja-JP"/>
              </w:rPr>
              <w:t>※長期避難世帯は、居住住宅の損害程度を全壊とみなします。</w:t>
            </w:r>
          </w:p>
        </w:tc>
        <w:tc>
          <w:tcPr>
            <w:tcW w:w="2268" w:type="dxa"/>
            <w:tcBorders>
              <w:top w:val="single" w:sz="4" w:space="0" w:color="auto"/>
              <w:bottom w:val="single" w:sz="4" w:space="0" w:color="auto"/>
            </w:tcBorders>
            <w:shd w:val="clear" w:color="auto" w:fill="FFFFFF" w:themeFill="background1"/>
            <w:vAlign w:val="center"/>
          </w:tcPr>
          <w:p w14:paraId="62BC5E7D" w14:textId="77777777" w:rsidR="009F21B5" w:rsidRPr="00B92D53" w:rsidRDefault="009F21B5"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罹災証明書の区分に応じ</w:t>
            </w:r>
          </w:p>
          <w:p w14:paraId="6491D04A" w14:textId="6C004DFA" w:rsidR="00FE178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全壊：</w:t>
            </w:r>
            <w:r w:rsidRPr="00B92D53">
              <w:rPr>
                <w:rFonts w:ascii="HGPｺﾞｼｯｸM" w:eastAsia="HGPｺﾞｼｯｸM" w:hAnsi="BIZ UDP明朝 Medium" w:hint="eastAsia"/>
                <w:b/>
                <w:sz w:val="20"/>
                <w:szCs w:val="20"/>
                <w:lang w:eastAsia="ja-JP"/>
              </w:rPr>
              <w:t>全部</w:t>
            </w:r>
          </w:p>
          <w:p w14:paraId="600F70BE" w14:textId="77777777" w:rsidR="00FE178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半壊・大規模半壊：</w:t>
            </w:r>
            <w:r w:rsidRPr="00B92D53">
              <w:rPr>
                <w:rFonts w:ascii="HGPｺﾞｼｯｸM" w:eastAsia="HGPｺﾞｼｯｸM" w:hAnsi="BIZ UDP明朝 Medium" w:hint="eastAsia"/>
                <w:b/>
                <w:sz w:val="20"/>
                <w:szCs w:val="20"/>
                <w:lang w:eastAsia="ja-JP"/>
              </w:rPr>
              <w:t>1/2</w:t>
            </w:r>
          </w:p>
          <w:p w14:paraId="4AF28338" w14:textId="50080E0A"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床上浸水：</w:t>
            </w:r>
            <w:r w:rsidRPr="00B92D53">
              <w:rPr>
                <w:rFonts w:ascii="HGPｺﾞｼｯｸM" w:eastAsia="HGPｺﾞｼｯｸM" w:hAnsi="BIZ UDP明朝 Medium" w:hint="eastAsia"/>
                <w:b/>
                <w:sz w:val="20"/>
                <w:szCs w:val="20"/>
                <w:lang w:eastAsia="ja-JP"/>
              </w:rPr>
              <w:t>1/2</w:t>
            </w:r>
          </w:p>
        </w:tc>
        <w:tc>
          <w:tcPr>
            <w:tcW w:w="2549" w:type="dxa"/>
            <w:tcBorders>
              <w:top w:val="single" w:sz="4" w:space="0" w:color="auto"/>
              <w:bottom w:val="single" w:sz="4" w:space="0" w:color="auto"/>
              <w:right w:val="single" w:sz="4" w:space="0" w:color="auto"/>
            </w:tcBorders>
            <w:shd w:val="clear" w:color="auto" w:fill="FFFFFF" w:themeFill="background1"/>
            <w:vAlign w:val="center"/>
          </w:tcPr>
          <w:p w14:paraId="570F3212" w14:textId="77777777" w:rsidR="00FE178A" w:rsidRPr="00B92D53" w:rsidRDefault="00F77E2C"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罹災証明書</w:t>
            </w:r>
          </w:p>
          <w:p w14:paraId="54A0E704" w14:textId="487F4F3A"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18"/>
                <w:szCs w:val="18"/>
                <w:lang w:eastAsia="ja-JP"/>
              </w:rPr>
              <w:t>※「住家」で発行されたもの</w:t>
            </w:r>
          </w:p>
        </w:tc>
      </w:tr>
      <w:tr w:rsidR="00CD29EA" w:rsidRPr="00B92D53" w14:paraId="3F73AE99" w14:textId="77777777" w:rsidTr="00840F7A">
        <w:trPr>
          <w:trHeight w:hRule="exact" w:val="620"/>
        </w:trPr>
        <w:tc>
          <w:tcPr>
            <w:tcW w:w="675" w:type="dxa"/>
            <w:tcBorders>
              <w:top w:val="single" w:sz="4" w:space="0" w:color="auto"/>
            </w:tcBorders>
            <w:vAlign w:val="center"/>
          </w:tcPr>
          <w:p w14:paraId="040713C2" w14:textId="0B408554" w:rsidR="00CD29EA" w:rsidRPr="00B92D53" w:rsidRDefault="00E70B77" w:rsidP="001B6FB0">
            <w:pPr>
              <w:jc w:val="both"/>
              <w:rPr>
                <w:rFonts w:ascii="HGPｺﾞｼｯｸM" w:eastAsia="HGPｺﾞｼｯｸM" w:hAnsi="BIZ UDP明朝 Medium"/>
                <w:bCs/>
                <w:sz w:val="21"/>
                <w:szCs w:val="21"/>
              </w:rPr>
            </w:pPr>
            <w:r w:rsidRPr="00B92D53">
              <w:rPr>
                <w:rFonts w:ascii="HGPｺﾞｼｯｸM" w:eastAsia="HGPｺﾞｼｯｸM" w:hAnsi="BIZ UDP明朝 Medium" w:hint="eastAsia"/>
                <w:bCs/>
                <w:sz w:val="21"/>
                <w:szCs w:val="21"/>
              </w:rPr>
              <w:t>□</w:t>
            </w:r>
            <w:r w:rsidR="00FE178A" w:rsidRPr="00B92D53">
              <w:rPr>
                <w:rFonts w:ascii="HGPｺﾞｼｯｸM" w:eastAsia="HGPｺﾞｼｯｸM" w:hAnsi="BIZ UDP明朝 Medium" w:hint="eastAsia"/>
                <w:bCs/>
                <w:sz w:val="21"/>
                <w:szCs w:val="21"/>
                <w:lang w:eastAsia="ja-JP"/>
              </w:rPr>
              <w:t xml:space="preserve">　</w:t>
            </w:r>
            <w:r w:rsidR="003368F7" w:rsidRPr="00B92D53">
              <w:rPr>
                <w:rFonts w:ascii="HGPｺﾞｼｯｸM" w:eastAsia="HGPｺﾞｼｯｸM" w:hAnsi="BIZ UDP明朝 Medium" w:hint="eastAsia"/>
                <w:b/>
                <w:sz w:val="21"/>
                <w:szCs w:val="21"/>
                <w:lang w:eastAsia="ja-JP"/>
              </w:rPr>
              <w:t>5</w:t>
            </w:r>
          </w:p>
        </w:tc>
        <w:tc>
          <w:tcPr>
            <w:tcW w:w="5561" w:type="dxa"/>
            <w:tcBorders>
              <w:top w:val="single" w:sz="4" w:space="0" w:color="auto"/>
            </w:tcBorders>
            <w:vAlign w:val="center"/>
          </w:tcPr>
          <w:p w14:paraId="1E8DADC7" w14:textId="77777777"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被保険者本人が「主たる生計維持者以外の者」で、その本人が地震による被害で「行方不明」となった。</w:t>
            </w:r>
          </w:p>
        </w:tc>
        <w:tc>
          <w:tcPr>
            <w:tcW w:w="2268" w:type="dxa"/>
            <w:tcBorders>
              <w:top w:val="single" w:sz="4" w:space="0" w:color="auto"/>
            </w:tcBorders>
            <w:vAlign w:val="center"/>
          </w:tcPr>
          <w:p w14:paraId="1CCD9D5C" w14:textId="77777777" w:rsidR="00FA6F55"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行方不明となった本人</w:t>
            </w:r>
          </w:p>
          <w:p w14:paraId="3C507CE4" w14:textId="3EF32A9F" w:rsidR="00CD29EA" w:rsidRPr="00B92D53" w:rsidRDefault="00E70B77"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0"/>
                <w:szCs w:val="20"/>
                <w:lang w:eastAsia="ja-JP"/>
              </w:rPr>
              <w:t>対象保険料</w:t>
            </w:r>
            <w:r w:rsidR="009F21B5" w:rsidRPr="00B92D53">
              <w:rPr>
                <w:rFonts w:ascii="HGPｺﾞｼｯｸM" w:eastAsia="HGPｺﾞｼｯｸM" w:hAnsi="BIZ UDP明朝 Medium" w:hint="eastAsia"/>
                <w:bCs/>
                <w:sz w:val="20"/>
                <w:szCs w:val="20"/>
                <w:lang w:eastAsia="ja-JP"/>
              </w:rPr>
              <w:t>額の</w:t>
            </w:r>
            <w:r w:rsidRPr="00B92D53">
              <w:rPr>
                <w:rFonts w:ascii="HGPｺﾞｼｯｸM" w:eastAsia="HGPｺﾞｼｯｸM" w:hAnsi="BIZ UDP明朝 Medium" w:hint="eastAsia"/>
                <w:b/>
                <w:sz w:val="20"/>
                <w:szCs w:val="20"/>
                <w:lang w:eastAsia="ja-JP"/>
              </w:rPr>
              <w:t>全部</w:t>
            </w:r>
          </w:p>
        </w:tc>
        <w:tc>
          <w:tcPr>
            <w:tcW w:w="2549" w:type="dxa"/>
            <w:tcBorders>
              <w:top w:val="single" w:sz="4" w:space="0" w:color="auto"/>
            </w:tcBorders>
            <w:vAlign w:val="center"/>
          </w:tcPr>
          <w:p w14:paraId="76D4093F" w14:textId="32093B1F" w:rsidR="00CD29EA" w:rsidRPr="00B92D53" w:rsidRDefault="00F77E2C" w:rsidP="001B6FB0">
            <w:pPr>
              <w:jc w:val="both"/>
              <w:rPr>
                <w:rFonts w:ascii="HGPｺﾞｼｯｸM" w:eastAsia="HGPｺﾞｼｯｸM" w:hAnsi="BIZ UDP明朝 Medium"/>
                <w:bCs/>
                <w:sz w:val="20"/>
                <w:szCs w:val="20"/>
                <w:lang w:eastAsia="ja-JP"/>
              </w:rPr>
            </w:pPr>
            <w:r w:rsidRPr="00B92D53">
              <w:rPr>
                <w:rFonts w:ascii="HGPｺﾞｼｯｸM" w:eastAsia="HGPｺﾞｼｯｸM" w:hAnsi="BIZ UDP明朝 Medium" w:hint="eastAsia"/>
                <w:bCs/>
                <w:sz w:val="21"/>
                <w:szCs w:val="21"/>
                <w:lang w:eastAsia="ja-JP"/>
              </w:rPr>
              <w:t>□</w:t>
            </w:r>
            <w:r w:rsidRPr="00B92D53">
              <w:rPr>
                <w:rFonts w:ascii="HGPｺﾞｼｯｸM" w:eastAsia="HGPｺﾞｼｯｸM" w:hAnsi="BIZ UDP明朝 Medium" w:hint="eastAsia"/>
                <w:bCs/>
                <w:sz w:val="20"/>
                <w:szCs w:val="20"/>
                <w:lang w:eastAsia="ja-JP"/>
              </w:rPr>
              <w:t>被災事実が分かるもの</w:t>
            </w:r>
          </w:p>
        </w:tc>
      </w:tr>
    </w:tbl>
    <w:p w14:paraId="444F95F0" w14:textId="77777777" w:rsidR="00840F7A" w:rsidRPr="00B92D53" w:rsidRDefault="00840F7A" w:rsidP="00840F7A">
      <w:pPr>
        <w:spacing w:before="40" w:after="0" w:line="240" w:lineRule="auto"/>
        <w:rPr>
          <w:rFonts w:ascii="HGPｺﾞｼｯｸM" w:eastAsia="HGPｺﾞｼｯｸM" w:hAnsi="BIZ UDP明朝 Medium"/>
          <w:sz w:val="18"/>
          <w:szCs w:val="18"/>
          <w:lang w:eastAsia="ja-JP"/>
        </w:rPr>
      </w:pPr>
      <w:r w:rsidRPr="00B92D53">
        <w:rPr>
          <w:rFonts w:ascii="HGPｺﾞｼｯｸM" w:eastAsia="HGPｺﾞｼｯｸM" w:hAnsi="BIZ UDP明朝 Medium" w:hint="eastAsia"/>
          <w:sz w:val="18"/>
          <w:szCs w:val="18"/>
          <w:lang w:eastAsia="ja-JP"/>
        </w:rPr>
        <w:t>※　複数の要件に該当する場合は、減免額が最も大きくなる要件を適用します。</w:t>
      </w:r>
    </w:p>
    <w:p w14:paraId="471DD7AA" w14:textId="1B5FC685" w:rsidR="00CD29EA" w:rsidRPr="00B92D53" w:rsidRDefault="00E70B77" w:rsidP="00840F7A">
      <w:pPr>
        <w:spacing w:afterLines="50" w:after="134" w:line="240" w:lineRule="auto"/>
        <w:rPr>
          <w:rFonts w:ascii="HGPｺﾞｼｯｸM" w:eastAsia="HGPｺﾞｼｯｸM" w:hAnsi="BIZ UDP明朝 Medium"/>
          <w:sz w:val="18"/>
          <w:szCs w:val="18"/>
          <w:lang w:eastAsia="ja-JP"/>
        </w:rPr>
      </w:pPr>
      <w:r w:rsidRPr="00B92D53">
        <w:rPr>
          <w:rFonts w:ascii="HGPｺﾞｼｯｸM" w:eastAsia="HGPｺﾞｼｯｸM" w:hAnsi="BIZ UDP明朝 Medium" w:hint="eastAsia"/>
          <w:sz w:val="18"/>
          <w:szCs w:val="18"/>
          <w:lang w:eastAsia="ja-JP"/>
        </w:rPr>
        <w:t>※対象保険料：令和８年度分のうち、災害救助法適用日から令和９年３月３１日までの間に納期限（特別徴収は年金支払日）が設定されているもの。</w:t>
      </w:r>
    </w:p>
    <w:tbl>
      <w:tblPr>
        <w:tblStyle w:val="afe"/>
        <w:tblW w:w="11053" w:type="dxa"/>
        <w:tblLayout w:type="fixed"/>
        <w:tblLook w:val="04A0" w:firstRow="1" w:lastRow="0" w:firstColumn="1" w:lastColumn="0" w:noHBand="0" w:noVBand="1"/>
      </w:tblPr>
      <w:tblGrid>
        <w:gridCol w:w="1526"/>
        <w:gridCol w:w="850"/>
        <w:gridCol w:w="2127"/>
        <w:gridCol w:w="850"/>
        <w:gridCol w:w="2126"/>
        <w:gridCol w:w="1023"/>
        <w:gridCol w:w="2551"/>
      </w:tblGrid>
      <w:tr w:rsidR="00FE178A" w:rsidRPr="00B92D53" w14:paraId="21FE778A" w14:textId="77777777" w:rsidTr="006E784B">
        <w:trPr>
          <w:trHeight w:val="448"/>
        </w:trPr>
        <w:tc>
          <w:tcPr>
            <w:tcW w:w="1526" w:type="dxa"/>
            <w:shd w:val="clear" w:color="auto" w:fill="D9D9D9" w:themeFill="background1" w:themeFillShade="D9"/>
            <w:vAlign w:val="center"/>
          </w:tcPr>
          <w:p w14:paraId="5EE767C7" w14:textId="77777777"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rPr>
              <w:t>市町村記入欄</w:t>
            </w:r>
          </w:p>
        </w:tc>
        <w:tc>
          <w:tcPr>
            <w:tcW w:w="850" w:type="dxa"/>
            <w:tcBorders>
              <w:right w:val="single" w:sz="4" w:space="0" w:color="auto"/>
            </w:tcBorders>
            <w:shd w:val="clear" w:color="auto" w:fill="D9D9D9" w:themeFill="background1" w:themeFillShade="D9"/>
            <w:vAlign w:val="center"/>
          </w:tcPr>
          <w:p w14:paraId="6E852105" w14:textId="61F0EEC3"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確認日</w:t>
            </w:r>
          </w:p>
        </w:tc>
        <w:tc>
          <w:tcPr>
            <w:tcW w:w="2127" w:type="dxa"/>
            <w:tcBorders>
              <w:left w:val="single" w:sz="4" w:space="0" w:color="auto"/>
            </w:tcBorders>
            <w:vAlign w:val="center"/>
          </w:tcPr>
          <w:p w14:paraId="45BE6D57" w14:textId="7A337BFF"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 xml:space="preserve">R　</w:t>
            </w:r>
            <w:r w:rsidR="00FA6F55"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rPr>
              <w:t xml:space="preserve">年　</w:t>
            </w:r>
            <w:r w:rsidR="00FA6F55"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rPr>
              <w:t xml:space="preserve">月　</w:t>
            </w:r>
            <w:r w:rsidRPr="00B92D53">
              <w:rPr>
                <w:rFonts w:ascii="HGPｺﾞｼｯｸM" w:eastAsia="HGPｺﾞｼｯｸM" w:hAnsi="BIZ UDP明朝 Medium" w:hint="eastAsia"/>
                <w:b/>
                <w:sz w:val="18"/>
                <w:szCs w:val="18"/>
                <w:lang w:eastAsia="ja-JP"/>
              </w:rPr>
              <w:t xml:space="preserve">　</w:t>
            </w:r>
            <w:r w:rsidR="00FA6F55"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rPr>
              <w:t>日</w:t>
            </w:r>
          </w:p>
        </w:tc>
        <w:tc>
          <w:tcPr>
            <w:tcW w:w="850" w:type="dxa"/>
            <w:shd w:val="clear" w:color="auto" w:fill="D9D9D9" w:themeFill="background1" w:themeFillShade="D9"/>
            <w:vAlign w:val="center"/>
          </w:tcPr>
          <w:p w14:paraId="0450B3F5" w14:textId="245E03A4"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確認者</w:t>
            </w:r>
          </w:p>
        </w:tc>
        <w:tc>
          <w:tcPr>
            <w:tcW w:w="2126" w:type="dxa"/>
            <w:vAlign w:val="center"/>
          </w:tcPr>
          <w:p w14:paraId="27146A4A" w14:textId="51725644" w:rsidR="00FE178A" w:rsidRPr="00B92D53" w:rsidRDefault="00FE178A" w:rsidP="001B6FB0">
            <w:pPr>
              <w:jc w:val="center"/>
              <w:rPr>
                <w:rFonts w:ascii="HGPｺﾞｼｯｸM" w:eastAsia="HGPｺﾞｼｯｸM" w:hAnsi="BIZ UDP明朝 Medium"/>
                <w:b/>
                <w:sz w:val="18"/>
                <w:szCs w:val="18"/>
              </w:rPr>
            </w:pPr>
          </w:p>
        </w:tc>
        <w:tc>
          <w:tcPr>
            <w:tcW w:w="1023" w:type="dxa"/>
            <w:shd w:val="clear" w:color="auto" w:fill="D9D9D9" w:themeFill="background1" w:themeFillShade="D9"/>
            <w:vAlign w:val="center"/>
          </w:tcPr>
          <w:p w14:paraId="553E59C5" w14:textId="09A6F90E"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受付番号</w:t>
            </w:r>
          </w:p>
        </w:tc>
        <w:tc>
          <w:tcPr>
            <w:tcW w:w="2551" w:type="dxa"/>
            <w:vAlign w:val="center"/>
          </w:tcPr>
          <w:p w14:paraId="5406BFF2" w14:textId="09E4B28A" w:rsidR="00FE178A" w:rsidRPr="00B92D53" w:rsidRDefault="00FE178A" w:rsidP="001B6FB0">
            <w:pPr>
              <w:jc w:val="center"/>
              <w:rPr>
                <w:rFonts w:ascii="HGPｺﾞｼｯｸM" w:eastAsia="HGPｺﾞｼｯｸM" w:hAnsi="BIZ UDP明朝 Medium"/>
                <w:b/>
                <w:sz w:val="18"/>
                <w:szCs w:val="18"/>
              </w:rPr>
            </w:pPr>
          </w:p>
        </w:tc>
      </w:tr>
      <w:tr w:rsidR="00FE178A" w:rsidRPr="00B92D53" w14:paraId="11960D65" w14:textId="77777777" w:rsidTr="006E784B">
        <w:trPr>
          <w:trHeight w:val="448"/>
        </w:trPr>
        <w:tc>
          <w:tcPr>
            <w:tcW w:w="1526" w:type="dxa"/>
            <w:shd w:val="clear" w:color="auto" w:fill="D9D9D9" w:themeFill="background1" w:themeFillShade="D9"/>
            <w:vAlign w:val="center"/>
          </w:tcPr>
          <w:p w14:paraId="68C145D4" w14:textId="382F2B3B"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広域連合記入欄</w:t>
            </w:r>
          </w:p>
        </w:tc>
        <w:tc>
          <w:tcPr>
            <w:tcW w:w="850" w:type="dxa"/>
            <w:tcBorders>
              <w:right w:val="single" w:sz="4" w:space="0" w:color="auto"/>
            </w:tcBorders>
            <w:shd w:val="clear" w:color="auto" w:fill="D9D9D9" w:themeFill="background1" w:themeFillShade="D9"/>
            <w:vAlign w:val="center"/>
          </w:tcPr>
          <w:p w14:paraId="59A0C1C3" w14:textId="73048FDF"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確認日</w:t>
            </w:r>
          </w:p>
        </w:tc>
        <w:tc>
          <w:tcPr>
            <w:tcW w:w="2127" w:type="dxa"/>
            <w:tcBorders>
              <w:left w:val="single" w:sz="4" w:space="0" w:color="auto"/>
            </w:tcBorders>
            <w:vAlign w:val="center"/>
          </w:tcPr>
          <w:p w14:paraId="26DE0520" w14:textId="2428E338"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R</w:t>
            </w:r>
            <w:r w:rsidR="00FA6F55"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rPr>
              <w:t>年</w:t>
            </w:r>
            <w:r w:rsidRPr="00B92D53">
              <w:rPr>
                <w:rFonts w:ascii="HGPｺﾞｼｯｸM" w:eastAsia="HGPｺﾞｼｯｸM" w:hAnsi="BIZ UDP明朝 Medium" w:hint="eastAsia"/>
                <w:b/>
                <w:sz w:val="18"/>
                <w:szCs w:val="18"/>
                <w:lang w:eastAsia="ja-JP"/>
              </w:rPr>
              <w:t xml:space="preserve">　</w:t>
            </w:r>
            <w:r w:rsidR="00FA6F55"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rPr>
              <w:t xml:space="preserve">　月　</w:t>
            </w:r>
            <w:r w:rsidR="00FA6F55"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lang w:eastAsia="ja-JP"/>
              </w:rPr>
              <w:t xml:space="preserve">　</w:t>
            </w:r>
            <w:r w:rsidRPr="00B92D53">
              <w:rPr>
                <w:rFonts w:ascii="HGPｺﾞｼｯｸM" w:eastAsia="HGPｺﾞｼｯｸM" w:hAnsi="BIZ UDP明朝 Medium" w:hint="eastAsia"/>
                <w:b/>
                <w:sz w:val="18"/>
                <w:szCs w:val="18"/>
              </w:rPr>
              <w:t>日</w:t>
            </w:r>
          </w:p>
        </w:tc>
        <w:tc>
          <w:tcPr>
            <w:tcW w:w="850" w:type="dxa"/>
            <w:shd w:val="clear" w:color="auto" w:fill="D9D9D9" w:themeFill="background1" w:themeFillShade="D9"/>
            <w:vAlign w:val="center"/>
          </w:tcPr>
          <w:p w14:paraId="07363753" w14:textId="5FC1BF8A"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確認者</w:t>
            </w:r>
          </w:p>
        </w:tc>
        <w:tc>
          <w:tcPr>
            <w:tcW w:w="2126" w:type="dxa"/>
            <w:vAlign w:val="center"/>
          </w:tcPr>
          <w:p w14:paraId="45F52AB1" w14:textId="77777777" w:rsidR="00FE178A" w:rsidRPr="00B92D53" w:rsidRDefault="00FE178A" w:rsidP="001B6FB0">
            <w:pPr>
              <w:jc w:val="center"/>
              <w:rPr>
                <w:rFonts w:ascii="HGPｺﾞｼｯｸM" w:eastAsia="HGPｺﾞｼｯｸM" w:hAnsi="BIZ UDP明朝 Medium"/>
                <w:b/>
                <w:sz w:val="18"/>
                <w:szCs w:val="18"/>
              </w:rPr>
            </w:pPr>
          </w:p>
        </w:tc>
        <w:tc>
          <w:tcPr>
            <w:tcW w:w="1023" w:type="dxa"/>
            <w:shd w:val="clear" w:color="auto" w:fill="D9D9D9" w:themeFill="background1" w:themeFillShade="D9"/>
            <w:vAlign w:val="center"/>
          </w:tcPr>
          <w:p w14:paraId="6973A356" w14:textId="13D0C114"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受付番号</w:t>
            </w:r>
          </w:p>
        </w:tc>
        <w:tc>
          <w:tcPr>
            <w:tcW w:w="2551" w:type="dxa"/>
            <w:vAlign w:val="center"/>
          </w:tcPr>
          <w:p w14:paraId="144E0EAF" w14:textId="04F8D886" w:rsidR="00FE178A" w:rsidRPr="00B92D53" w:rsidRDefault="00FE178A" w:rsidP="001B6FB0">
            <w:pPr>
              <w:jc w:val="center"/>
              <w:rPr>
                <w:rFonts w:ascii="HGPｺﾞｼｯｸM" w:eastAsia="HGPｺﾞｼｯｸM" w:hAnsi="BIZ UDP明朝 Medium"/>
                <w:b/>
                <w:sz w:val="18"/>
                <w:szCs w:val="18"/>
              </w:rPr>
            </w:pPr>
            <w:r w:rsidRPr="00B92D53">
              <w:rPr>
                <w:rFonts w:ascii="HGPｺﾞｼｯｸM" w:eastAsia="HGPｺﾞｼｯｸM" w:hAnsi="BIZ UDP明朝 Medium" w:hint="eastAsia"/>
                <w:b/>
                <w:sz w:val="18"/>
                <w:szCs w:val="18"/>
                <w:lang w:eastAsia="ja-JP"/>
              </w:rPr>
              <w:t>－</w:t>
            </w:r>
          </w:p>
        </w:tc>
      </w:tr>
    </w:tbl>
    <w:p w14:paraId="3A3CADB1" w14:textId="0BC24E19" w:rsidR="00246AB3" w:rsidRPr="00FE178A" w:rsidRDefault="00246AB3" w:rsidP="00BD553F">
      <w:pPr>
        <w:spacing w:afterLines="100" w:after="268" w:line="240" w:lineRule="auto"/>
        <w:ind w:firstLineChars="500" w:firstLine="27"/>
        <w:rPr>
          <w:rFonts w:ascii="BIZ UDP明朝 Medium" w:eastAsia="BIZ UDP明朝 Medium" w:hAnsi="BIZ UDP明朝 Medium"/>
          <w:sz w:val="2"/>
          <w:szCs w:val="2"/>
        </w:rPr>
      </w:pPr>
    </w:p>
    <w:sectPr w:rsidR="00246AB3" w:rsidRPr="00FE178A" w:rsidSect="001B6FB0">
      <w:footerReference w:type="default" r:id="rId8"/>
      <w:pgSz w:w="11906" w:h="16838"/>
      <w:pgMar w:top="386" w:right="425" w:bottom="369" w:left="425" w:header="142" w:footer="142" w:gutter="0"/>
      <w:cols w:space="720"/>
      <w:docGrid w:type="linesAndChars" w:linePitch="268" w:charSpace="-29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C94C6" w14:textId="77777777" w:rsidR="00E70B77" w:rsidRDefault="00E70B77">
      <w:pPr>
        <w:spacing w:after="0" w:line="240" w:lineRule="auto"/>
      </w:pPr>
      <w:r>
        <w:separator/>
      </w:r>
    </w:p>
  </w:endnote>
  <w:endnote w:type="continuationSeparator" w:id="0">
    <w:p w14:paraId="1E018A73" w14:textId="77777777" w:rsidR="00E70B77" w:rsidRDefault="00E70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明朝 Medium">
    <w:altName w:val="游ゴシック"/>
    <w:charset w:val="80"/>
    <w:family w:val="roman"/>
    <w:pitch w:val="variable"/>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6ED5" w14:textId="7963C2CD" w:rsidR="00CD29EA" w:rsidRDefault="00CD29EA">
    <w:pPr>
      <w:pStyle w:val="a7"/>
      <w:jc w:val="right"/>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96FAF" w14:textId="77777777" w:rsidR="00E70B77" w:rsidRDefault="00E70B77">
      <w:pPr>
        <w:spacing w:after="0" w:line="240" w:lineRule="auto"/>
      </w:pPr>
      <w:r>
        <w:separator/>
      </w:r>
    </w:p>
  </w:footnote>
  <w:footnote w:type="continuationSeparator" w:id="0">
    <w:p w14:paraId="7C24382E" w14:textId="77777777" w:rsidR="00E70B77" w:rsidRDefault="00E70B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73414782">
    <w:abstractNumId w:val="8"/>
  </w:num>
  <w:num w:numId="2" w16cid:durableId="272591752">
    <w:abstractNumId w:val="6"/>
  </w:num>
  <w:num w:numId="3" w16cid:durableId="1491486931">
    <w:abstractNumId w:val="5"/>
  </w:num>
  <w:num w:numId="4" w16cid:durableId="114058520">
    <w:abstractNumId w:val="4"/>
  </w:num>
  <w:num w:numId="5" w16cid:durableId="1239173803">
    <w:abstractNumId w:val="7"/>
  </w:num>
  <w:num w:numId="6" w16cid:durableId="312874750">
    <w:abstractNumId w:val="3"/>
  </w:num>
  <w:num w:numId="7" w16cid:durableId="989939007">
    <w:abstractNumId w:val="2"/>
  </w:num>
  <w:num w:numId="8" w16cid:durableId="46610567">
    <w:abstractNumId w:val="1"/>
  </w:num>
  <w:num w:numId="9" w16cid:durableId="416825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720"/>
  <w:drawingGridHorizontalSpacing w:val="145"/>
  <w:drawingGridVerticalSpacing w:val="134"/>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A31"/>
    <w:rsid w:val="00090F03"/>
    <w:rsid w:val="000E4251"/>
    <w:rsid w:val="0015074B"/>
    <w:rsid w:val="00186D4B"/>
    <w:rsid w:val="00197992"/>
    <w:rsid w:val="001A09E7"/>
    <w:rsid w:val="001B6FB0"/>
    <w:rsid w:val="00205E26"/>
    <w:rsid w:val="00223E29"/>
    <w:rsid w:val="00246AB3"/>
    <w:rsid w:val="00286621"/>
    <w:rsid w:val="0029639D"/>
    <w:rsid w:val="00326F90"/>
    <w:rsid w:val="003368F7"/>
    <w:rsid w:val="003B7596"/>
    <w:rsid w:val="003C7196"/>
    <w:rsid w:val="00426327"/>
    <w:rsid w:val="0054736F"/>
    <w:rsid w:val="005A3C25"/>
    <w:rsid w:val="006336D3"/>
    <w:rsid w:val="006E784B"/>
    <w:rsid w:val="007904ED"/>
    <w:rsid w:val="007A7278"/>
    <w:rsid w:val="007B40CF"/>
    <w:rsid w:val="00840F7A"/>
    <w:rsid w:val="00885435"/>
    <w:rsid w:val="00970133"/>
    <w:rsid w:val="009F21B5"/>
    <w:rsid w:val="00A10CC6"/>
    <w:rsid w:val="00A16126"/>
    <w:rsid w:val="00A862B2"/>
    <w:rsid w:val="00AA1D8D"/>
    <w:rsid w:val="00AF5D7A"/>
    <w:rsid w:val="00B47730"/>
    <w:rsid w:val="00B92D53"/>
    <w:rsid w:val="00BD553F"/>
    <w:rsid w:val="00C552EC"/>
    <w:rsid w:val="00CB0664"/>
    <w:rsid w:val="00CD29EA"/>
    <w:rsid w:val="00CF4FD8"/>
    <w:rsid w:val="00DE52DA"/>
    <w:rsid w:val="00E6336E"/>
    <w:rsid w:val="00E70B77"/>
    <w:rsid w:val="00E95C37"/>
    <w:rsid w:val="00EC5447"/>
    <w:rsid w:val="00F77E2C"/>
    <w:rsid w:val="00F835BA"/>
    <w:rsid w:val="00FA6F55"/>
    <w:rsid w:val="00FC693F"/>
    <w:rsid w:val="00FE178A"/>
    <w:rsid w:val="00FE1E2B"/>
    <w:rsid w:val="00FF2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BB2AA2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16"/>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8">
    <w:name w:val="Plain Table 1"/>
    <w:basedOn w:val="a3"/>
    <w:uiPriority w:val="99"/>
    <w:rsid w:val="001B6FB0"/>
    <w:pPr>
      <w:spacing w:after="0" w:line="240" w:lineRule="auto"/>
    </w:pPr>
    <w:rPr>
      <w:rFonts w:eastAsia="BIZ UDP明朝 Medium"/>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1289</Characters>
  <Application>Microsoft Office Word</Application>
  <DocSecurity>0</DocSecurity>
  <Lines>10</Lines>
  <Paragraphs>3</Paragraphs>
  <ScaleCrop>false</ScaleCrop>
  <Manager/>
  <Company/>
  <LinksUpToDate>false</LinksUpToDate>
  <CharactersWithSpaces>1512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2026-10-06T08:41:00Z</dcterms:created>
  <dcterms:modified xsi:type="dcterms:W3CDTF">2026-10-06T08:41:00Z</dcterms:modified>
  <cp:category/>
</cp:coreProperties>
</file>